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6Cbi/16/2008 z 25. 5. 2009</w:t>
      </w:r>
    </w:p>
    <w:p>
      <w:r>
        <w:t>Uznesenie Krajského súdu Bratislava z 25. mája 2009, sp. zn. 6Cbi/16/2008, ECLI:SK:KSBA:2009:1008201645.1</w:t>
      </w:r>
    </w:p>
    <w:p>
      <w:r>
        <w:t>Súd: Krajský súd Bratislava</w:t>
      </w:r>
    </w:p>
    <w:p>
      <w:r>
        <w:t>Spisová značka: 6Cbi/16/2008</w:t>
      </w:r>
    </w:p>
    <w:p>
      <w:r>
        <w:t>ECLI: ECLI:SK:KSBA:2009:1008201645.1</w:t>
      </w:r>
    </w:p>
    <w:p>
      <w:r>
        <w:t>Dátum vydania: 25. 5. 2009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6Cbi/16/2008 Identifikačné číslo súdneho spisu: 1008201645 Dátum vydania rozhodnutia: 26. 05. 2009 Meno a priezvisko sudcu, VSÚ: JUDr. Helena Kosorínová ECLI: ECLI:SK:KSBA:2009:1008201645.1 Uznesenie Krajský súd v Bratislave v právnej veci žalobcu: P., s.r.o. so sídlom XXX. XX. D. č. XXXX,. IČO: XX. XXX. XXX. proti žalovaným: v 1. rade: JUDr.J. U., súčasný správca konkurznej podstaty úpadcu P. S. P., so sídlom ul. L. č. XX,. XXX. XX. T., v 2. rade: J..A. G., pôvodný správca konkurznej podstaty úpadcu P. S. P., ul. F. č.X,. XXX. XX. N., v 3. rade: I.. J. P., bytom T. č. X,. XXX. XX. N., v 4. rade: E. P., rod. B., bytom D. č. X,. XXX. XX. K., v 5. rade: R. G., bytom D. č. XX,. XXX. XX. N. o určenie neplatnosti právnych úkonov a o určenie, že nehnuteľnosti nepatria do konkurznej podstaty úpadcu takto: r o z h o d o l : Súd konanie zastavuje. Žiaden z účastníkov nemá právo na náhradu trov konania. o d ô v o d n e n i e : Žalobou podanou na súde dňa 3.11.2008 si uplatnil žalobca na súde právo na určenie neplatnosti právnych úkonov a o určenie, že nehnuteľnosti nepatria do konkurznej podstaty bez toho, aby zaplatil súdny poplatok za žalobu vo výške 10.000,-Sk, hoci bol na jeho zaplatenie vyzvaný výzvou súdu zo dňa 11.11.2008 doručenou dňa 15.12.2008 podľa § 48 ods. 2 O.s.p., ako aj opakovanými výzvami, naposledy s výzvou doručenou dňa 23.4.2009 s poučením, že v prípade nezaplatenia súdneho poplatku súd konanie zastaví. Podľa § 10 ods. 1 zákona č. 71/1992 Zb. v znení noviel ak nebol zaplatený poplatok splatný podaním návrhu na začatie konania, odvolania, dovolania, súd vyzve poplatníka, aby poplatok zaplatil v lehote, ktorú mu určí; ak poplatok nebol zaplatený ani v lehote určenej súdom, súd konanie zastaví. O následkoch nezaplatenia poplatku musí byť poplatník poučený. Pretože súdny poplatok nebol zaplatený v lehote stanovenej súdom, súd konanie zastavil. O trovách konania súd rozhodol podľa § 146 ods. 1 písm. c/ O.s.p., podľa ktorého žiaden z účastníkov nemá právo na niáhradu trov konania, ak konanie bolo zastavené. Poučenie: Proti tomuto uzneseniu možno podať odvolanie do 15 dní odo dňa doručenia uznesenia na Krajskom súde v Bratislave.</w:t>
      </w:r>
    </w:p>
    <w:p/>
    <w:p>
      <w:r>
        <w:t>Zdroj: KAUZIS.SK – https://www.kauzis.sk/judikatura/r/ECLI:SK:KSBA:2009:1008201645.1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