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8K/59/2002 z 30. 3. 2010</w:t>
      </w:r>
    </w:p>
    <w:p>
      <w:r>
        <w:t>Uznesenie Krajského súdu Bratislava z 30. marca 2010, sp. zn. 8K/59/2002, ECLI:SK:KSBA:2010:1002897160.2</w:t>
      </w:r>
    </w:p>
    <w:p>
      <w:r>
        <w:t>Súd: Krajský súd Bratislava</w:t>
      </w:r>
    </w:p>
    <w:p>
      <w:r>
        <w:t>Spisová značka: 8K/59/2002</w:t>
      </w:r>
    </w:p>
    <w:p>
      <w:r>
        <w:t>ECLI: ECLI:SK:KSBA:2010:1002897160.2</w:t>
      </w:r>
    </w:p>
    <w:p>
      <w:r>
        <w:t>Dátum vydania: 30. 3. 2010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8K/59/2002 Identifikačné číslo súdneho spisu: 1002897160 Dátum vydania rozhodnutia: 31. 03. 2010 Meno a priezvisko sudcu, VSÚ: JUDr. Boris Tóth ECLI: ECLI:SK:KSBA:2010:1002897160.2 Uznesenie Krajský súd v Bratislave v konkurznej veci úpadcu: FORPLAST SK, spol. s r.o., Nová Ves nad Žitavou 71, 951 51 Nová Ves nad Žitavou, IČO: 34 138 153, s ustanoveným správcom konkurznej podstaty: Ing. Peter Mešťánek, so sídlom Hospodárska 26, 917 00 Trnava, takto r o z h o d o l : Súd zrušuje konkurz vyhlásený uznesením tunajšieho súdu zo dňa 27.05.2003 pod č.k. 8K 59/02-224 po splnení rozvrhového uznesenia. Súd zbavuje Ing. Petra Mešťánka, so sídlom Hospodárska 26, 917 00 Trnava, funkcie správcu konkurznej podstaty. o d ô v o d n e n i e : Dňa 05.02.2010 správca konkurznej podstaty Ing. Peter Mešťánek, predložil súdu správu o záverečnom vyúčtovaní konkurzu a vysporiadaní pohľadávok veriteľov podľa rozvrhového uznesenia zo dňa 16.04.2009. Nakoľko správca vyplatil čiastočne pohľadávky proti podstate, čiastočne pohľadávky s nárokom na oddelené uspokojenie, svoju odmenu a súdny poplatok spolu so zaplatením nákladov a poplatkov spojených s realizáciou uspokojenia uvedených pohľadávok, nie je dôvod postupovať podľa § 32 ods. 2 zákona o konkurzne a vyrovnaní č. 328/1991 Zb. v znení neskorších predpisov (ďalej ZKV). V zmysle § 44 ods. 1 písm. b/ zák. č. 328/1991 Zb. v platnom znení súd zruší konkurz, v ktorom nedošlo k potvrdeniu núteného vyrovnania, po splnení rozvrhového uznesenia a podľa ods. 4 citovaného ustanovenia súd zbaví správcu funkcie. Keďže správca konkurznej podstaty preukázal splnenie rozvrhového uznesenia, v zmysle týchto ustanovení súd konkurz zrušil a správcu konkurznej podstaty zbavil funkcie. Poučenie: Proti tomuto uzneseniu je možné podať odvolanie v lehote 30 dní od jeho publikovania v Obchodnom vestníku na Krajskom súde v Bratislave.</w:t>
      </w:r>
    </w:p>
    <w:p/>
    <w:p>
      <w:r>
        <w:t>Zdroj: KAUZIS.SK – https://www.kauzis.sk/judikatura/r/ECLI:SK:KSBA:2010:1002897160.2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