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3Cob/404/2010 z 23. 2. 2010</w:t>
      </w:r>
    </w:p>
    <w:p>
      <w:r>
        <w:t>Uznesenie Krajského súdu Bratislava z 23. februára 2010, sp. zn. 3Cob/404/2010, ECLI:SK:KSBA:2010:1010899945.2</w:t>
      </w:r>
    </w:p>
    <w:p>
      <w:r>
        <w:t>Súd: Krajský súd Bratislava</w:t>
      </w:r>
    </w:p>
    <w:p>
      <w:r>
        <w:t>Spisová značka: 3Cob/404/2010</w:t>
      </w:r>
    </w:p>
    <w:p>
      <w:r>
        <w:t>ECLI: ECLI:SK:KSBA:2010:1010899945.2</w:t>
      </w:r>
    </w:p>
    <w:p>
      <w:r>
        <w:t>Dátum vydania: 23. 2. 2010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3Cob/404/2010 Identifikačné číslo súdneho spisu: 1010899945 Dátum vydania rozhodnutia: 24. 02. 2010 Meno a priezvisko sudcu, VSÚ: JUDr. Elena Erbenová ECLI: ECLI:SK:KSBA:2010:1010899945.2 Uznesenie Krajský súd v Bratislave v právnej veci žalobcu: INTERMONT a.s., Železničiarska č. 13, Bratislava, IČO: 30 840 198, zast. JUDr. Katarínou Igazovou, advokátkou, Koceľova ul. č. 15, Bratislava proti žalovaným: 1/ VSO NOVA spol. s r.o., Kmeťova č. 25, Ivánka pri Dunaji, IČO 35706724, 2/ Q.. U. R., X/ R. R., obaja bytom Hviezdoslavova č. 39, Malacky a obaja zastúpení Mgr. Renátou Záhorákovou, advokátkou, Krasovského č. 13, Bratislava, o zaplatenie 14.842,55 Eur ist. a prísl., o odvolaní žalovaných v 1. a 2. rade proti uzneseniu Okresného súdu Bratislava III zo dňa 21. 05. 2009 č.k. 19Cb/118/2001-425 takto r o z h o d o l : Krajský súd uznesenie Okresného súdu Bratislava III zo dňa 21. 05. 2009 č.k. 19Cb/118/2001-425 p o t v r d z u j e . o d ô v o d n e n i e : Súd prvého stupňa priznal žalovaným v 1. a 2. rade čiastočne oslobodenie od súdnych poplatkov prevyšujúcich sumu 200,- Eur. V odôvodnení uviedol, že po rozhodnutí vo veci samej rozsudkom zo dňa 22. 01. 2007 boli žalovaní v 2. a 3. rade po podaní odvolania vyzvaní na zaplatenie súdneho poplatku za odvolanie spoločne a nerozdielne vo výške 890,46 Eur (26.826,- Sk). Proti tomuto uzneseniu sa odvolali žalovaní v 2. a 3. rade a súčasne požiadali o priznanie oslobodenia od súdnych poplatkov. Súd prvého stupňa z dokladov predložených žalovanými zistil, že sú zamestnaní v spoločnosti VUIS NOVA, spol. s r.o., ktorá im však nevypláca žiadnu mzdu, nie sú poberateľmi dôchodku, nemocenských dávok, nemajú príjem zo žiadneho iného pracovného pomeru a žijú v spoločnej domácnosti s plnoletým synom. Rovnako žalovaní nemajú účet v banke a nevlastnia žiaden nehnuteľný majetok. Žalovaní sú spoločníkmi v spoločnosti VUIS STAVEBNÁ CHÉMIA s.r.o., v spoločnosti FORLING, spol s r.o. v likvidácii a BART s.r.o. v likvidácii a žalovaný v 3. rade je vlastníkom 1 akcie spoločnosti LUX GROUP, a.s. Súd prvého stupňa dospel k záveru, že sú spoločníkmi, resp. konateľmi v rôznych spoločnostiach, kde investovali prostriedky za účelom dosiahnutia zisku a musia si vytvoriť prostriedky z vlastných zdrojov na pokrytie výdavkov spojených so súdnym konaním. Preto majú obaja znášať poplatkovú povinnosť v primeranej miere, pričom prihliadol na to, že nevlastnia žiaden nehnuteľný ani hnuteľný majetok a majú vyživovaciu povinnosť voči plnoletému synovi. Proti tomuto uzneseniu podali v zákonnej lehote odvolanie žalovaní v 2. a 3. rade a žiadali priznať im oslobodenie od súdnych poplatkov celkom. Poukázali na to, že od roku 2004 sa ich finančná situácia zhoršila, prišli o majetok a nemajú žiadne finančné rezervy a aj v začatom exekučnom konaní oznámili exekútorovi, že nevlastnia žiaden majetok. Krajský súd ako súd odvolací ( § 10 ods. 1 O.s.p. ) preskúmal napadnuté uznesenia súdu prvého stupňa podľa § 212 ods. 1 O.s.p., prejednal odvolanie žalovaných v 2. a 3. rade v zmysle ust. § 214 ods. 2 O.s.p. bez nariadenia pojednávania a po oboznámení sa s obsahom spisu a dôvodmi odvolania dospel k záveru, že odvolanie nie je dôvodné. Ustanovenie § 138 ods. 1 O.s.p. oprávňuje súd na návrh účastníka priznať mu celkom alebo sčasti oslobodenie od súdnych poplatkov. Predpokladom pre takéto rozhodnutie je skutočnosť, že to pomery účastníka odôvodňujú a že nejde o svojvoľné alebo zrejmé bezúspešné uplatňovanie alebo bránenie práva. Priznanie oslobodenia od súdnych poplatkov musí vychádzať zo starostlivo zistených potrieb účastníka a to s ohľadom na jeho osobné, rodinné i majetkové pomery, ako aj z povahy uplatňovaného nároku a výšky súdneho poplatku. Z obsahu spisu vyplýva, že predmetom konania je zaplatenie 14.842,55 Eur (447.147,- Sk) na základe zmluvy o dielo uzavretej dňa 27. 10. 1999 medzi žalobcom a žalovaným v 1. rade, v ktorej spoločnosti boli žalovaní v 2. a 3. rade spoločníkmi a konateľmi. Z dokladov predložených žalovanými vyplýva, že nemajú žiaden príjem, sú v hmotnej núdzi, nepoberajú žiadne sociálne dávky, bývajú v byte, ktorý majú v nájme, nemajú ani žiadne dlhy. Žalovaní v 2. a 3. rade neuviedli z čoho hradia svoje denné potreby (úhrada nájomného, strava a pod.), preto odvolací súd zhodne s názorom súdu prvého stupňa dospel k záveru, že priznanie čiastočného oslobodenia od súdnych poplatkov nad čiastku 200,- Eur je správne a uznesenie súdu prvého stupňa ako vecne správne potvrdil podľa ust. § 219 ods. 1 O.s.p., pričom s ďalšími dôvodmi uvedenými v odôvodnení uznesenia súdom prvého stupňa sa stotožnil a považuje ich za správne. Poučenie: Proti tomuto uzneseniu odvolanie nie je prípustné.</w:t>
      </w:r>
    </w:p>
    <w:p/>
    <w:p>
      <w:r>
        <w:t>Zdroj: KAUZIS.SK – https://www.kauzis.sk/judikatura/r/ECLI:SK:KSBA:2010:1010899945.2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