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35Cb/4/1999 z 6. 12. 2010</w:t>
      </w:r>
    </w:p>
    <w:p>
      <w:r>
        <w:t>Uznesenie Krajského súdu Bratislava z 6. decembra 2010, sp. zn. 35Cb/4/1999, ECLI:SK:KSBA:2010:1018201040.17</w:t>
      </w:r>
    </w:p>
    <w:p>
      <w:r>
        <w:t>Súd: Krajský súd Bratislava</w:t>
      </w:r>
    </w:p>
    <w:p>
      <w:r>
        <w:t>Spisová značka: 35Cb/4/1999</w:t>
      </w:r>
    </w:p>
    <w:p>
      <w:r>
        <w:t>ECLI: ECLI:SK:KSBA:2010:1018201040.17</w:t>
      </w:r>
    </w:p>
    <w:p>
      <w:r>
        <w:t>Dátum vydania: 6. 12. 2010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35Cb/4/1999 Identifikačné číslo súdneho spisu: 1018201040 Dátum vydania rozhodnutia: 07. 12. 2010 Meno a priezvisko sudcu, VSÚ: JUDr. Jarmila Glončáková ECLI: ECLI:SK:KSBA:2010:1018201040.17 Uznesenie Krajský súd v Bratislave rozhodol v právnej veci žalobcu K. P., s. r. o., IČO XX. XXX. XXX, Š. XXX/X,. D. S. proti žalovanému I.. V. L., nar. X.. XX.. XXXX,. bytom Š. XXX/X,. D. S., zast. J.. M. V., advokátom o 1 361 062,- USD takto: r o z h o d o l : Súd konanie zastavuje. Žiaden z účastníkov nemá právo na náhradu trov konania o d ô v o d n e n i e : Žalobca si žalobou došlou dňa 19. 03. 1996 uplatnil právo na zaplatenie 1 361 062,- USD z titulu náhrady škody spolu s vydaním dokumentov, ktoré nadobudol v súvislosti s výkonom funkcie konateľa žalobcu. Pred začatím pojednávania vo veci samej , právny nástupca pôvodného žalobcu, podaním zo dňa 25. 10. 2010 zobral žalobu v celom rozsahu späť. Súd v súlade s ust. § 96 ods. 1 OSP konanie zastavil. Výrok o náhrade trov konania sa zakladá na ust. § 146 ods. 1 písm. c/ OSP. Žiaden z účastníkov nemá právo na náhradu trov konania. Z obsahu spisu vyplýva, že medzi sporovými stranami prebiehalo niekoľko iných súdnych sporov, odstupom času, od podania žaloby, a následne k zmene účastníkov konania na strane žalobcu. Súd dospel k záveru, že nie je dôvod na priznanie náhrady trov konania podľa ust. § 146 ods. 2 OSP a že bude spravodlivé ak žiadnemu z účastníkov nebude priznané právo na náhradu trov konania. Poučenie: Proti tomuto uznesenie je možné podať odvolanie do 15 dní odo dňa doručenia uznesenia na Krajskom súde v Bratislave. V odvolaní sa má popri všeobecných náležitostiach /§ 42 ods. 3 OSP/ uviesť v čom sa toto rozhodnutie, alebo postup súdu považuje za nesprávny a čoho sa odvolateľ domáha. Odvolanie je potrebné odôvodniť podľa ust. § 205 ods. 2 OSP.</w:t>
      </w:r>
    </w:p>
    <w:p/>
    <w:p>
      <w:r>
        <w:t>Zdroj: KAUZIS.SK – https://www.kauzis.sk/judikatura/r/ECLI:SK:KSBA:2010:1018201040.17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