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2Z35CB/621/1994 z 9. 8. 2010</w:t>
      </w:r>
    </w:p>
    <w:p>
      <w:r>
        <w:t>Uznesenie Krajského súdu Bratislava z 9. augusta 2010, sp. zn. 2Z35CB/621/1994, ECLI:SK:KSBA:2010:1094899263.2</w:t>
      </w:r>
    </w:p>
    <w:p>
      <w:r>
        <w:t>Súd: Krajský súd Bratislava</w:t>
      </w:r>
    </w:p>
    <w:p>
      <w:r>
        <w:t>Spisová značka: 2Z35CB/621/1994</w:t>
      </w:r>
    </w:p>
    <w:p>
      <w:r>
        <w:t>ECLI: ECLI:SK:KSBA:2010:1094899263.2</w:t>
      </w:r>
    </w:p>
    <w:p>
      <w:r>
        <w:t>Dátum vydania: 9. 8. 2010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2Z35CB/621/1994 Identifikačné číslo súdneho spisu: 1094899263 Dátum vydania rozhodnutia: 10. 08. 2010 Meno a priezvisko sudcu, VSÚ: JUDr. Helena Kosorínová ECLI: ECLI:SK:KSBA:2010:1094899263.2 Uznesenie Krajský súd v Bratislave v právnej veci žalobcu: Slovenská konsolidačná, a. s., Cintorínska 21, 814 99 Bratislava, IČO: 35 776 005, proti žalovaným: v 1. rade: ÁZIA CENTRUM KUKULI, spol. s r. o., ul. SNP č. 5, 945 01 Komárno, IČO: 30 999 669, v 2. rade: R.. B. Z., E. I. XX, XXX XX Y., v 3. rade: W. (N.) N., ul. XX. augusta XX, XXX XX Y., o zaplatenie 845.694,68 Eur istiny a príslušenstva, takto r o z h o d o l : Súd konanie voči žalovanému v 1. rade z a s t a v u j e . Žiaden z účastníkov nemá právo na náhradu trov konania. Súdny poplatok sa nevracia. o d ô v o d n e n i e : Žalobou podanou na súde dňa 25. 08. 1994 uplatnil žalobca voči žalovanému v 1. rade právo na zaplatenie 25.477.398,14 Sk istiny a príslušenstva z dôvodu zostatku úverov. Uznesením č. k. Z-2-35 Cb 624/1994-100 súd pripustil do konania vstup žalovaných v 2. a 3. rade. Podľa § 103 OSP, kedykoľvek za konania prihliada súd na to, či sú splnené podmienky, za ktorých môže konať vo veci (podmienky konania). Podľa § 107 ods. 1 OSP, ak účastník stratí spôsobilosť byť účastníkom konania skôr, ako sa konanie právoplatne skočilo, súd posúdi podľa povahy veci, či má konanie zastaviť alebo prerušiť, alebo či môže v ňom pokračovať. Podľa ods. 4 citovaného zákonného ustanovenia, ak po začatí konania zanikne právnická osoba, súd pokračuje v konaní s jej právnym nástupcom a ak právneho nástupcu niet, súd konanie zastaví. V danom prípade bol na majetok žalovaného v 1. rade uznesením Krajského súdu v Bratislave zo dňa 25. 11. 1998, č. k. 8K 154/97-50, vyhlásený konkurz. Žalovaný v 1. rade bol vymazaný z obchodného registra bez právneho nástupcu po skončení konkurzu k 04. 10. 2004 - teda zanikol výmazom z obchodného registra a stratil tým spôsobilosť byť účastníkom konania skôr, ako sa konanie právoplatne skončilo. Súd preto konanie voči nemu zastavil. Žalovanými v konaní ostávajú R.. B. Z., E. I. XX, Y., ako žalovaný v 1. rade a W. (N.) N., ul. XX. augusta XX, Y., ako žalovaná v 2. rade, na majetok ktorej bol dňa 27. 06. 2000 vyhlásený konkurz a za správcu konkurznej podstaty bol ustanovený JUDr. Ladislav Barát, Štefánikova 49, 949 01 Nitra. O trovách konania súd rozhodol podľa § 146 ods. 1 písm. c/ OSP, podľa ktorého žiaden z účastníkov nemá právo na náhradu konania, ak konanie bolo zastavené. Súd nemohol rozhodnúť o vrátení súdneho poplatku za žalobu, pretože konanie voči ostatným žalovaným nebolo skončené. Poučenie: Proti tomuto uzneseniu možno podať odvolanie na Krajskom súde v Bratislave do 15 dní odo dňa doručenia uznesenia.</w:t>
      </w:r>
    </w:p>
    <w:p/>
    <w:p>
      <w:r>
        <w:t>Zdroj: KAUZIS.SK – https://www.kauzis.sk/judikatura/r/ECLI:SK:KSBA:2010:1094899263.2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