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4K/55/2001 z 21. 11. 2011</w:t>
      </w:r>
    </w:p>
    <w:p>
      <w:r>
        <w:t>Uznesenie Krajského súdu Bratislava z 21. novembra 2011, sp. zn. 4K/55/2001, ECLI:SK:KSBA:2011:1001899899.2</w:t>
      </w:r>
    </w:p>
    <w:p>
      <w:r>
        <w:t>Súd: Krajský súd Bratislava</w:t>
      </w:r>
    </w:p>
    <w:p>
      <w:r>
        <w:t>Spisová značka: 4K/55/2001</w:t>
      </w:r>
    </w:p>
    <w:p>
      <w:r>
        <w:t>ECLI: ECLI:SK:KSBA:2011:1001899899.2</w:t>
      </w:r>
    </w:p>
    <w:p>
      <w:r>
        <w:t>Dátum vydania: 21. 11. 2011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4K/55/2001 Identifikačné číslo súdneho spisu: 1001899899 Dátum vydania rozhodnutia: 22. 11. 2011 Meno a priezvisko sudcu, VSÚ: JUDr. Eugen Palášthy ECLI: ECLI:SK:KSBA:2011:1001899899.2 Uznesenie Krajský súd v Bratislave v konkurznej veci úpadcu: RETEX - REAL s.ro. v konkurze, sídlom 913 24 Svinná č. 447, IČO: 34 128 522, takto r o z h o d o l : Súd z r u š u j e konkurz vyhlásený uznesením tunajšieho súdu zo dňa 27.06.2002, pod č. k. 4K 55/2001-21 po splnení rozvrhového uznesenia. Súd z b a v u j e JUDr. Petra Janíka, sídlom O. H. XX, N., P.O.D. XX, XXX XX T. 1, funkcie správcu konkurznej podstaty. o d ô v o d n e n i e : Dňa 18.11.2011 správca konkurznej podstaty JUDr. Peter Janík predložil súdu správu o záverečnom vyúčtovaní konkurzu a vysporiadaní pohľadávok veriteľov podľa rozvrhového uznesenia č. k. 4K 55/2001-208 zo dňa 18.08.2010, ktoré nadobudlo právoplatnosť dňa 25.09.2010. V zmysle § 44 ods.1 písm. b/ zák. č. 328/1991 Zb. v platnom znení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https://www.kauzis.sk/judikatura/r/ECLI:SK:KSBA:2011:1001899899.2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