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56Cbi/83/2001 z 22. 6. 2011</w:t>
      </w:r>
    </w:p>
    <w:p>
      <w:r>
        <w:t>Uznesenie Krajského súdu Bratislava z 22. júna 2011, sp. zn. 56Cbi/83/2001, ECLI:SK:KSBA:2011:1001899941.3</w:t>
      </w:r>
    </w:p>
    <w:p>
      <w:r>
        <w:t>Súd: Krajský súd Bratislava</w:t>
      </w:r>
    </w:p>
    <w:p>
      <w:r>
        <w:t>Spisová značka: 56Cbi/83/2001</w:t>
      </w:r>
    </w:p>
    <w:p>
      <w:r>
        <w:t>ECLI: ECLI:SK:KSBA:2011:1001899941.3</w:t>
      </w:r>
    </w:p>
    <w:p>
      <w:r>
        <w:t>Dátum vydania: 22. 6.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56Cbi/83/2001 Identifikačné číslo súdneho spisu: 1001899941 Dátum vydania rozhodnutia: 23. 06. 2011 Meno a priezvisko sudcu, VSÚ: JUDr. Ľubica Krišková ECLI: ECLI:SK:KSBA:2011:1001899941.3 Uznesenie Krajský súd v Bratislave rozhodol v právnej veci navrhovateľa 1/ N. S., K. XXX/XX, XXX XX R. R., 2/ Z.. G. Š., B.. O. XXXX/X, XXX XX C., X/ A. K., XXX XX N. Č.. XX, X/ Z. S., XXX XX N. Č.. XX, X/ P.. Q. S., XXX XX Š. - E. XXX, Č., proti odporcovi Ing. Bohumil Mikláš, Slnečná 40, 915 01 Nové Mesto nad Váhom, správca konkurznej podstaty úpadcu Poľnohospodárske družstvo Vaďovce, 916 13 Vaďovce, IČO 00 207 322, o určenie pravosti pohľadávky vo výške 664,77 eur (20 027,- Sk) takto r o z h o d o l : Súd konanie z a s t a v u j e . Žiaden z účastníkov nemá právo na náhradu trov konania. Navrhovateľom sa súdny poplatok nevracia. o d ô v o d n e n i e : Návrhom doručeným tunajšiemu súdu dňa 9.4.2001 sa navrhovateľ domáhal určenia pravosti pohľadávky (vyrovnacieho podielu) vo výške 554,77 eur (20 027,- Sk), popretej odporcom na prieskumnom pojednávaní konanom dňa 29.1.2001. Podľa oznámenia Matričného úradu mesta Trenčín súd zistil, že navrhovateľ Q. S. dňa XX.XX.XXXX zomrel. Uznesením Okresného súdu v Trenčíne č.k. 26D/1246/2006-35 zo dňa 27.10.2009 súd potvrdil, že pohľadávku poručiteľa voči odporcovi nadobudli dedičia N. S., G. Š., A. K., Z. S., P.. Q. S.. Podľa § 103 ods. 1 Občianskeho súdneho poriadku (O.s.p.), kedykoľvek za konania prihliada súd na to, či sú splnené podmienky, za ktorých môže konať vo veci (podmienky konania). Podľa § 107 ods. 4 O.s.p., ak po začatí konania zanikne právnická osoba, súd pokračuje v konaní s jej právnym nástupcom, a ak právneho nástupcu niet, súd konanie zastaví. Podľa § 20a ods. 2 Občianskeho zákonníka právnická osoba zapísaná v obchodnom registri alebo v inom zákonom určenom registri zaniká dňom výmazu z tohto registra, pokiaľ osobitné zákony neustanovujú inak. Súd mal preukázané Výpisom z Obchodného registra Okresného súdu Trenčín, Oddiel Dr, vložka č. 63/ R, že právnická osoba Poľnohospodárske družstvo Vaďovce, 916 13 Vaďovce, IČO 00 207 322 bola vymazaná z obchodného registra ex offo ku dňu 22.12.2010, po nadobudnutí právoplatnosti Uznesenia Krajského súdu v Bratislave č.k. 7K 25/00-195 zo dňa 30.9.2010, ktorým bol zrušený konkurz po splnení rozvrhového uznesenia. Vzhľadom na vyššie uvedené, navrhovateľmi označený odporca nemôže byť účastníkom konania, nakoľko stratil právnu subjektivitu. O trovách konania rozhodol súd podľa § 146 ods. 1 písm. c/ O.s.p., podľa ktorého žiadny z účastníkov konania nemá právo na náhradu trov konania podľa jeho výsledku, ak bolo konanie zastavené. Súd navrhovateľovi nevrátil súdny poplatok zaplatený za návrh, nakoľko podľa § 13 ods. 3 zák. č. 71/1992 Zb. o súdnych poplatkoch, v znení neskorších úprav, o vrátení poplatku podľa § 11 nemôže súd rozhodnúť po uplynutí troch rokov od konca kalendárneho roka, v ktorom bol zaplatený; to neplatí, ak navrhovateľ vzal návrh na začatie konania, odvolania alebo dovolania späť pred prvým pojednávaním. Poučenie: Proti tomuto uzneseniu možno podať odvolanie písomne v lehote do 15 dní odo dňa jeho doručenia na Krajskom súde v Bratislave dvojmo.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https://www.kauzis.sk/judikatura/r/ECLI:SK:KSBA:2011:1001899941.3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