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1K/97/2005 z 12. 12. 2011</w:t>
      </w:r>
    </w:p>
    <w:p>
      <w:r>
        <w:t>Uznesenie Krajského súdu Bratislava z 12. decembra 2011, sp. zn. 1K/97/2005, ECLI:SK:KSBA:2011:1005202487.1</w:t>
      </w:r>
    </w:p>
    <w:p>
      <w:r>
        <w:t>Súd: Krajský súd Bratislava</w:t>
      </w:r>
    </w:p>
    <w:p>
      <w:r>
        <w:t>Spisová značka: 1K/97/2005</w:t>
      </w:r>
    </w:p>
    <w:p>
      <w:r>
        <w:t>ECLI: ECLI:SK:KSBA:2011:1005202487.1</w:t>
      </w:r>
    </w:p>
    <w:p>
      <w:r>
        <w:t>Dátum vydania: 12. 12. 2011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1K/97/2005 Identifikačné číslo súdneho spisu: 1005202487 Dátum vydania rozhodnutia: 13. 12. 2011 Meno a priezvisko sudcu, VSÚ: JUDr. Lýdia Noskovičová ECLI: ECLI:SK:KSBA:2011:1005202487.1 Uznesenie Krajský súd v Bratislave v konkurznej veci úpadcu: Strojová a traktorová stanica P, štátny podnik v likvidácii, 900 41 Rovinka 324, IČO: 35 729 325 s ustanovenou správkyňou konkurznej podstaty JUDr. Danicou Birošovou, advokátkou, sídlom L. XX, XXX XX O., takto r o z h o d o l : Súd z r u š u j e konkurz vyhlásený uznesením č.k. 1K 97/2005-69 zo dňa 13.12.2005 na majetok úpadcu: Strojová a traktorová stanica P, štátny podnik v likvidácii, 900 41 Rovinka 324, IČO: 35 729 325 po splnení rozvrhového uznesenia podľa § 44 ods. 1 písm. b) ZKV. Súd z b a v u j e JUDr. Danicu Birošovú, advokátku, L. XX, XXX XX O., funkcie správcu konkurznej podstaty. Žiaden z účastníkov nemá právo na náhradu trov konania. o d ô v o d n e n i e : Uznesením č.k. 1K 97/2005-69 zo dňa 13.12.2005 bol tunajším súdom vyhlásený konkurz na majetok dlžníka: Strojová a traktorová stanica P, štátny podnik v likvidácii, 900 41 Rovinka 324, IČO: 35 729 325. Do funkcie správcu konkurznej podstaty súd v predmetnom uznesení ustanovil JUDr. Danicu Birošovú, advokátku, sídlom L. XX, XXX XX O.. Uznesením tunajšieho súdu pod č.k. 1K 97/2005-327 zo dňa 20.07.2011 bolo vydané rozvrhové uznesenie, ktorým súd na návrh správkyne konkurznej podstaty rozhodol o rozdelení finančných prostriedkov získaných speňažením konkurznej podstaty. Dňa 01.12.2011 predložila správkyňa konkurznej podstaty súdu správu o zrealizovaní rozvrhového uznesenia a návrh na zrušenie konkurzu a zbavenie funkcie správcu. Správa obsahuje informáciu o vysporiadaní pohľadávok veriteľov v zmysle rozvrhového uznesenia, ktoré nadobudlo právoplatnosť dňa 31.08.2011. V zmysle § 44 ods.1 písm. b/ zák.č. 328/91 Zb. o konkurze a vyrovnaní v platnom znení súd zruší konkurz, v ktorom nedošlo k potvrdeniu núteného vyrovnania, po splnení rozvrhového uznesenia a podľa ods. 4 citovaného ustanovenia, súd zbaví správcu funkcie. Keďže správca konkurznej podstaty preukázal splnenie rozvrhového uznesenia, v zmysle týchto ustanovení súd zrušil konkurz a správcu konkurznej podstaty zbavil funkcie. Na základe zoznamu prihlášok možno po právoplatnosti uznesenia o zrušení konkurzu viesť pre zistenú pohľadávku výkon rozhodnutia alebo exekúciu na majetok úpadcu. Správkyňa konkurznej podstaty oznámi súdu, či ukončila účtovnú uzávierku úpadcu. Poučenie: Proti tomuto uzneseniu je možné podať odvolanie v lehote 30 dní od jeho zverejnenia v Obchodnom vestníku na Krajskom súde v Bratislave. V odvolaní je potrebné uviesť okrem všeobecných náležitostí (§ 42 ods. 3 O.s.p. v nadväznosti na § 66e ods. 1 ZKV) v akom rozsahu sa napáda, v čom sa toto rozhodnutie alebo postup súdu považuje za nesprávny a čoho sa odvolateľ domáha (§ 204 ods. 1 a § 205 ods. 1 a 2 O.s.p. v nadväznosti na § 66 ods. 1 ZKV). Zrušením konkurzu zanikajú účinky vyhlásenia konkurzu uvedené v § 14 ZKV, platnosť a účinnosť úkonov vykonaných počas konkurzu tým nie je dotknutá (§ 45 ods. 1 ZKV).</w:t>
      </w:r>
    </w:p>
    <w:p/>
    <w:p>
      <w:r>
        <w:t>Zdroj: KAUZIS.SK – https://www.kauzis.sk/judikatura/r/ECLI:SK:KSBA:2011:1005202487.1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