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2S/66/2008 z 26. 10. 2011</w:t>
      </w:r>
    </w:p>
    <w:p>
      <w:r>
        <w:t>Uznesenie Krajského súdu Bratislava z 26. októbra 2011, sp. zn. 2S/66/2008, ECLI:SK:KSBA:2011:1008200480.1</w:t>
      </w:r>
    </w:p>
    <w:p>
      <w:r>
        <w:t>Súd: Krajský súd Bratislava</w:t>
      </w:r>
    </w:p>
    <w:p>
      <w:r>
        <w:t>Spisová značka: 2S/66/2008</w:t>
      </w:r>
    </w:p>
    <w:p>
      <w:r>
        <w:t>ECLI: ECLI:SK:KSBA:2011:1008200480.1</w:t>
      </w:r>
    </w:p>
    <w:p>
      <w:r>
        <w:t>Dátum vydania: 26.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2S/66/2008 Identifikačné číslo súdneho spisu: 1008200480 Dátum vydania rozhodnutia: 27. 10. 2011 Meno a priezvisko sudcu, VSÚ: Mgr. Viliam Pohančeník ECLI: ECLI:SK:KSBA:2011:1008200480.1 Uznesenie Krajský súd v Bratislave v právnej veci žalobcu: U.. B. Q., A. XXX/XX, XXX XX I., zastúpeného: JUDr. Ivanom Petrovičom, advokátom so sídlom Lesnícka 16, 851 10, proti žalovaným: 1. Pamiatkový úrad Slovenskej republiky, so sídlom Cesta na Červený most 6, 814 06 Bratislava, 2. Krajský pamiatkový úrad Bratislava, Leškova 17, 811 04 Bratislava, v konaní o preskúmanie zákonnosti rozhodnutia žalovaného v 1. rade sp.zn. PÚ-07/716-11/8628/65/MK zo dňa 11.12.2007 a žalovaného v 2. rade sp.zn. BA/07/213/7/1967/Fal zo dňa 16.03.2007, takto r o z h o d o l : Krajský súd v Bratislave p r i b e r á do konania účastníkov správneho konania: 1. DRAC s.r.o., Michalská 14, 811 01 Bratislava, 2. A-STUDIO, s.r.o., Bajkalská 27, 821 01 Bratislava, 3. BRODESSER &amp; CO, spol. s r.o., Panská 31, 811 02 Bratislava, 4. MICHALSKÁ spol. s r.o., Košická 56, 821 08 Bratislava. o d ô v o d n e n i e : Žalobou doručenou súdu dňa 28.12.2007 sa žalobca domáhal preskúmania rozhodnutia žalovaného v 1. rade sp.zn. PÚ-07/716-11/8628/65/MK zo dňa 11.12.2007, ktorým zamietol odvolanie žalobcu a potvrdil rozhodnutie Krajského pamiatkového úradu Bratislava sp.zn. BA/07/213/7/1967/Fal zo dňa 16.03.2007, ktorým bol schválený stavebný zámer pre DRAC s.r.o. a MICHALSKÁ spol. s r.o. na rekonštrukcie obchodných priestorov v rodinnom dome žalobcu. Podľa § 250 ods. 1 Občianskeho súdneho poriadku účastníkmi konania sú žalobca a žalovaný. Súd aj bez návrhu uznesením priberie do konania účastníka správneho konania, ktorého práva a povinnosti by mohli byť zrušením správneho rozhodnutia dotknuté. Nakoľko z napadnutého rozhodnutia žalovaného v 1. rade vyplýva, že vo výroku uvedení účastníci správneho konania by jeho zrušením mohli byť dotknutí na ich právach a povinnostiach, súd rozhodol tak, ako je uvedené vo výroku tohto uznesenia. Poučenie: Proti tomuto uzneseniu nie je možné podať odvolanie.</w:t>
      </w:r>
    </w:p>
    <w:p/>
    <w:p>
      <w:r>
        <w:t>Zdroj: KAUZIS.SK – https://www.kauzis.sk/judikatura/r/ECLI:SK:KSBA:2011:1008200480.1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