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6Sd/145/2008 z 6. 10. 2011</w:t>
      </w:r>
    </w:p>
    <w:p>
      <w:r>
        <w:t>Uznesenie Krajského súdu Bratislava z 6. októbra 2011, sp. zn. 6Sd/145/2008, ECLI:SK:KSBA:2011:1008201524.2</w:t>
      </w:r>
    </w:p>
    <w:p>
      <w:r>
        <w:t>Súd: Krajský súd Bratislava</w:t>
      </w:r>
    </w:p>
    <w:p>
      <w:r>
        <w:t>Spisová značka: 6Sd/145/2008</w:t>
      </w:r>
    </w:p>
    <w:p>
      <w:r>
        <w:t>ECLI: ECLI:SK:KSBA:2011:1008201524.2</w:t>
      </w:r>
    </w:p>
    <w:p>
      <w:r>
        <w:t>Dátum vydania: 6.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6Sd/145/2008 Identifikačné číslo súdneho spisu: 1008201524 Dátum vydania rozhodnutia: 07. 10. 2011 Meno a priezvisko sudcu, VSÚ: JUDr. Milota Tóthová ECLI: ECLI:SK:KSBA:2011:1008201524.2 Uznesenie Krajský súd v Bratislave v právnej veci navrhovateľky K. Z., bytom F. XX, I., Y.. U.. B. Z., bytom tamtiež, proti odporkyni Sociálnej poisťovni ústredie, Ul. 29. augusta č. 8, Bratislava, o starobný dôchodok, takto r o z h o d o l : Súd konanie z a s t a v u j e . Žiaden z účastníkov nemá právo na náhradu trov konania. o d ô v o d n e n i e : Navrhovateľka návrhom zo dňa 23.8.2008 žiadala preskúmať rozhodnutia odporkyne číslo XXXXXXX XXX X zo dňa 11.7.2008 ktorým odporkyňa priznala starobný dôchodok a rozhodnutie číslo XXXXXXX XXX X zo dňa 22.7.2008, ktorým odporkyňa odňala invalidný dôchodok a rozhodla, že sa navrhovateľke naďalej vypláca starobný dôchodok z dôvodu, že je vyšší ako invalidný dôchodok. Návrhom zo dňa 29.12.2008 navrhovateľka žiadala preskúmať rozhodnutie číslo XXXXXXX XXX X zo dňa 30.10.2008, ktorým odporkyňa rozhodla, že navrhovateľke naďalej patrí starobný dôchodok v sume X XXX,- Sk mesačne. Písomným prehlásením došlým súdu dňa 6.10.2011 navrhovateľka vzala späť návrhy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https://www.kauzis.sk/judikatura/r/ECLI:SK:KSBA:2011:1008201524.2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