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3S/207/2008 z 3. 7. 2011</w:t>
      </w:r>
    </w:p>
    <w:p>
      <w:r>
        <w:t>Uznesenie Krajského súdu Bratislava z 3. júla 2011, sp. zn. 3S/207/2008, ECLI:SK:KSBA:2011:1008201660.4</w:t>
      </w:r>
    </w:p>
    <w:p>
      <w:r>
        <w:t>Súd: Krajský súd Bratislava</w:t>
      </w:r>
    </w:p>
    <w:p>
      <w:r>
        <w:t>Spisová značka: 3S/207/2008</w:t>
      </w:r>
    </w:p>
    <w:p>
      <w:r>
        <w:t>ECLI: ECLI:SK:KSBA:2011:1008201660.4</w:t>
      </w:r>
    </w:p>
    <w:p>
      <w:r>
        <w:t>Dátum vydania: 3. 7.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3S/207/2008 Identifikačné číslo súdneho spisu: 1008201660 Dátum vydania rozhodnutia: 04. 07. 2011 Meno a priezvisko sudcu, VSÚ: JUDr. Viera Šebestová ECLI: ECLI:SK:KSBA:2011:1008201660.4 Uznesenie Krajský súd v Bratislave v právnej veci žalobcu: POHOTOVOSŤ, s.r.o., Račianska 42A, Bratislava, IČO: 35 807 598, zastúpený advokátom: JUDr. Dušan Repák, advokát, AK Krížna 47, 811 07 Bratislava, proti žalovanému: Úrad na ochranu osobných údajov SR, Odborárske nám. 3, Bratislava, zastúpený: JUDr. Marta Huttová, advokátka, P.O.Box 55, 840 02 Bratislava 42, o preskúmanie zákonnosti rozhodnutia žalovaného č.: 04017/2008Up- P904/08-1 zo dňa 03.09.2007, takto r o z h o d o l : Súd opravuje rozsudok Krajského súdu v Bratislave č.k. 3S 207/2008-137 zo dňa 01.03.2011, v časti rozsudku týkajúcej sa trov konania tak, že tento rozsudok správne znie: „Žalobca je povinný zaplatiť žalovanému na účet právneho zástupcu žalovaného trovy konania vo výške 515,34 eur do 3 dní od právoplatnosti rozsudku“. o d ô v o d n e n i e : Dňa 01.03.2011 bol vyhlásený rozsudok Krajského súdu v Bratislave č.k. 3S 207/2008-137, ktorým Krajský súd v Bratislave zamietol žalobu žalobcu o preskúmanie zákonnosti rozhodnutia žalovaného č. 04017/2008Up-P904/08-l zo dňa 03.09.2008 a zaviazal žalobcu na zaplatenie trov konania žalovanému na účet právneho zástupcu žalobcu. Dodatočne bolo zistené, že pri písaní rozsudku došlo k zrejmej chybe pri uvedení komu je treba zaplatiť trovy konania - v rozsudku bolo uvedené „na účet právneho zástupcu žalobcu“. Podľa ust.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s poukazom na ust. § 164 O.s.p. opravil chybu v časti trov konania tak ako je to uvedené vo výroku opravného uznesenia. V ostatnom zostáva rozsudok bezo zmeny. Poučenie: Proti tomuto uzneseniu je prípustné odvolanie do 15 dní odo dňa doručenia uznesenia na tunajšom súde, písomne, dvojmo. Odvolanie musí spĺňať náležitosti podľa ust. § 205 O.s.p.</w:t>
      </w:r>
    </w:p>
    <w:p/>
    <w:p>
      <w:r>
        <w:t>Zdroj: KAUZIS.SK – https://www.kauzis.sk/judikatura/r/ECLI:SK:KSBA:2011:1008201660.4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