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4S/120/2009 z 20. 10. 2011</w:t>
      </w:r>
    </w:p>
    <w:p>
      <w:r>
        <w:t>Rozsudok Krajského súdu Bratislava z 20. októbra 2011, sp. zn. 4S/120/2009, ECLI:SK:KSBA:2011:1009200972.3</w:t>
      </w:r>
    </w:p>
    <w:p>
      <w:r>
        <w:t>Súd: Krajský súd Bratislava</w:t>
      </w:r>
    </w:p>
    <w:p>
      <w:r>
        <w:t>Spisová značka: 4S/120/2009</w:t>
      </w:r>
    </w:p>
    <w:p>
      <w:r>
        <w:t>ECLI: ECLI:SK:KSBA:2011:1009200972.3</w:t>
      </w:r>
    </w:p>
    <w:p>
      <w:r>
        <w:t>Dátum vydania: 20. 10. 2011</w:t>
      </w:r>
    </w:p>
    <w:p>
      <w:r>
        <w:t>Forma: Rozsudok</w:t>
      </w:r>
    </w:p>
    <w:p>
      <w:r>
        <w:t>Oblasť práva: Správne právo</w:t>
      </w:r>
    </w:p>
    <w:p>
      <w:pPr>
        <w:pStyle w:val="Heading2"/>
      </w:pPr>
      <w:r>
        <w:t>Text rozhodnutia</w:t>
      </w:r>
    </w:p>
    <w:p>
      <w:r>
        <w:t>Súd: Krajský súd Bratislava Spisová značka: 4S/120/2009 Identifikačné číslo súdneho spisu: 1009200972 Dátum vydania rozhodnutia: 21. 10. 2011 Meno a priezvisko sudcu, VSÚ: JUDr. Soňa Langová ECLI: ECLI:SK:KSBA:2011:1009200972.3 ROZSUDOK V MENE SLOVENSKEJ REPUBLIKY Krajský súd v Bratislave v senáte zloženom z predsedu senátu JUDr. Soni Langovej a členov senátu JUDr. Judity Kokolevskej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5924/2009-7.2(19/2009-rozkl.) zo dňa 4.6.2009 v spojení s prvostupňovým rozhodnutím žalovaného č. 2976/2009.2.1 zo dňa 23.4.2009, takto r o z h o d o l : Krajský súd v Bratislave rozhodnutie žalovaného sp.zn. 5924/2009-7.2(19/2009-rozkl.) zo dňa 4.6.2009 ako i prvostupňové rozhodnutie žalovaného č. 2976/2009.2.1 zo dňa 23.4.2009 z r u š u j e podľa ust. § 250j ods. 2 písm. a) Občianskeho súdneho poriadku a vec v r a c i a žalovanému na ďalšie konanie. Žalovaný je povinný do 3 dní od právoplatnosti tohto rozsudku zaplatiť žalobcovi trovy konania v sume 369,61 eúr na účet jeho právnej zástupkyne. o d ô v o d n e n i e : Žalobou doručenou tunajšiemu súdu v zákonom určenej lehote sa žalobca domáhal preskúmania zákonnosti rozhodnutia žalovaného sp.zn. 5924/2009-7.2(19/2009-rozkl.) zo dňa 4.6.200, ktorým zamietol odvolanie žalobcu a potvrdil prvostupňové rozhodnutie č. 2976/2009.2.1 zo dňa 23.4.2009. Správny orgán svojim prvostupňovým rozhodnutím nepriznal žalobcovi postavenie účastníka konania vo veci žiadosti UPS Hybe o povolenie výnimky z podmienok ochrany chráneného živočícha - medveďa hnedého podľa § 35 ods. 1 zákona č. 543/2002 Z.z. o ochrane prírody a krajiny v znení neskorších predpisov (ďalej len zákon o ochrane prírody).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oznámil svoju účasť v konaní v postavení zúčastnenej osoby. Následne ho listom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1a 2 O.s.p. preskúmal napadnuté rozhodnutie v rozsahu dôvodov uvedených v žalobe (§ 249 ods. 2 O.s.p.), ako aj konanie, ktoré mu predchádzalo a dospel k rozhodnutiu jednomyseľne schválenému všetkými členmi senátu. Z obsahu administratívneho spisu žalovaného súd zistil, že dňa 20.1.2009 bola žalovanému doručená žiadosť Urbárskeho pozemkového spoločenstva, Hybe, o povolenie výnimky z podmienok ochrany chráneného živočícha - medveďa hnedého podľa § 35 ods. 1 písm. a) zákona č. 543/2002 Z.z. o ochrane prírody a krajiny v znení neskorších predpisov (ďalej len zákon o ochrane prírody), za účelom regulačného lovu troch jedincov medveďa hnedého v poľovnom revíre Rígeľ a Ohnište. Listom zo dňa 26.1.2009 informoval správny orgán žalobcu o začatí správneho konania o predmetnej výnimke. Žalobca listom doručeným žalovanému dňa 9.2.2009 oznámil svoju účasť v konaní. Listom zo dňa 13.3.2009 správny orgán poskytol žalobcovi informácie o postupe v povoľovacom procese a žiadal ho, aby sa k podkladom na rozhodnutie v určenej lehote vyjadril. V určenej lehote žalobca žiadal, aby mu bolo v predmetnom konaní priznané postavenie účastníka konania s tým, že sa zároveň vyjadril k návrhu na povolenie výnimky a vyjadril svoj nesúhlas s navrhovanou činnosťou. Svoje stanovisko aj odôvodnil. Listom zo dňa 1.4.2009 správny orgán žalobcu vyzval, aby sa vyjadril k podkladom rozhodnutia vo veci jeho vylúčenia ako účastníka konania, právne vyložil článok 6 a 9 dohovoru , poukázal na ust. § 82 ods. 3 zákona o ochrane prírody, § 14, § 15 správneho poriadku z ktorých vyplýva, že mu nemôže priznať postavenie účastníka konania. Žalobca na prípis reagoval podaním v ktorom poukázal na rozsudky Krajského súdu v Banskej Bystrici, ktorými mu bolo priznané postavenie účastníka v obdobných konaniach a poukázal na skutočnosť, že prebieha konanie o prejudiciálnych otázkach, ktoré položil Najvyšší súd Slovenskej republiky Súdnemu dvoru Európskych spoločenstiev v súvislosti s postavením zainteresovanej verejnosti v správnych konaniach týkajúcich sa životného prostredia a žiadal konanie prerušiť, poukázal na dôvody uvedené už v predchádzajúcom liste. Rozhodnutím č. 2976/2009.2.1 zo dňa 23.4.2009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odvolanie, v ktorom uvádzal námietky opakujúce sa aj v podanej žalobe. Žalovaný následne rozhodnutím sp.zn. 5924/2009-7.2(19/2009-rozkl.) zo dňa 4.6.2009 odvolanie žalobcu voči rozhodnutiu, ktorým mu nebolo priznané postavenie účastníka konania zamietol a prvostupňové rozhodnutie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druhá veta O.s.p., podľa ktorého ak mal žalobca úspech celkom alebo sčasti, súd mu proti žalovanému prizná právo na úplnú alebo čiastočnú náhradu trov konania. Môže tiež rozhodnúť, že sa náhradu trov celkom alebo sčasti neprizná, ak sú na to dôvody hodné osobitného zreteľa. O trovách súdneho konania súd rozhodol podľa § 250k ods. 1, druhá veta O.s.p. tak, že úspešnému žalobcovi priznal náhradu trov právneho zastúpenia podľa vyhl. č. 655/2004 Z.z. o odmenách a náhradách advokátov za poskytovanie právnych služieb (ďalej len vyhláška) za dva úkony (prevzatie a príprava zastupovania, žaloba) podľa § 14 ods. 1 po 115,90 eur, z výpočtového základu prislúchajúceho úkonom vykonaným po 1.6.2009 podľa § 11 ods. 4, prvá veta vyhlášky, realizované v roku 2009 vo výške 1/6 výpočtového základu po 115,90 eur. Ďalej súd priznal žalobcovi náhradu za jeden 1 úkon ( návrh na prerušenie konania zo dňa 16.7.2009) podľa § 14 ods. 3 písm. a) a 8 vyhlášky v sume 57,95 eur, 3 x 6,95 eur paušálna náhrada podľa § 16 ods. 3 vyhlášky a 19% DPH podľa § 18 ods. 3 vyhlášky prislúchajúca odmene a náhradám. Trovy žalobcu súčtom uvedených položiek predstavujú čiastku 369,61 eur, ktoré žalobca zaplatí na účet právnej zástupkyne žalobcu. Súd nepriznal žalobcovi náhradu za úkon - podanie zo dňa 19.5.2011 (návrh na pokračovanie v konaní) z dôvodu, že súd aj bez návrhu pokračuje v konaní, ak odpadla prekážka, pre ktorú bolo konanie prerušené, tento úkon teda nebol, podľa názoru súdu, zástupkyňou žalobcu účelne vynaložený. Súd nepriznal ani náhradu za podanie urobené elektronickými prostriedkami v sume 1,5 eur, pretože sa jedná o náklady spadajúce pod paušálne výdavky podľa § 16 ods. 3 vyhlášky, prislúchajúce úkonu, za ktorý nebola priznaná náhrada. Poučenie: Proti tomuto rozsudku je možné podať odvolanie prostredníctvom tunajšieho súdu na Najvyšší súd Slovenskej republiky do 15 dní odo dňa jeho doručenia. Odvolanie musí spĺňať náležitosti podľa ust. § 205 O.s.p. V Bratislave, 21.10.2011</w:t>
      </w:r>
    </w:p>
    <w:p/>
    <w:p>
      <w:r>
        <w:t>Zdroj: KAUZIS.SK – https://www.kauzis.sk/judikatura/r/ECLI:SK:KSBA:2011:1009200972.3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