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4S/143/2009 z 27. 10. 2011</w:t>
      </w:r>
    </w:p>
    <w:p>
      <w:r>
        <w:t>Rozsudok Krajského súdu Bratislava z 27. októbra 2011, sp. zn. 4S/143/2009, ECLI:SK:KSBA:2011:1009201120.3</w:t>
      </w:r>
    </w:p>
    <w:p>
      <w:r>
        <w:t>Súd: Krajský súd Bratislava</w:t>
      </w:r>
    </w:p>
    <w:p>
      <w:r>
        <w:t>Spisová značka: 4S/143/2009</w:t>
      </w:r>
    </w:p>
    <w:p>
      <w:r>
        <w:t>ECLI: ECLI:SK:KSBA:2011:1009201120.3</w:t>
      </w:r>
    </w:p>
    <w:p>
      <w:r>
        <w:t>Dátum vydania: 27. 10. 2011</w:t>
      </w:r>
    </w:p>
    <w:p>
      <w:r>
        <w:t>Forma: Rozsudok</w:t>
      </w:r>
    </w:p>
    <w:p>
      <w:r>
        <w:t>Oblasť práva: Správne právo</w:t>
      </w:r>
    </w:p>
    <w:p>
      <w:pPr>
        <w:pStyle w:val="Heading2"/>
      </w:pPr>
      <w:r>
        <w:t>Text rozhodnutia</w:t>
      </w:r>
    </w:p>
    <w:p>
      <w:r>
        <w:t>Súd: Krajský súd Bratislava Spisová značka: 4S/143/2009 Identifikačné číslo súdneho spisu: 1009201120 Dátum vydania rozhodnutia: 28. 10. 2011 Meno a priezvisko sudcu, VSÚ: JUDr. Judita Kokolevská ECLI: ECLI:SK:KSBA:2011:1009201120.3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6922/2009-7.2 ( 50/2009 rozkl.) zo dňa 1.7.2009 v spojení s prvostupňovým rozhodnutím žalovaného č. 3924/2009-2.1 zo dňa 2.6.2009, takto r o z h o d o l : Krajský súd v Bratislave rozhodnutie žalovaného č. 6922/2009-7.2 ( 50/2009 rozkl.) zo dňa 1.7.2009 v spojení s prvostupňovým rozhodnutím žalovaného č. 3924/2009-2.1 zo dňa 2.6.2009 z r u š u j e podľa ust. § 250j ods. 2 písm. a) Občianskeho súdneho poriadku a vec v r a c i a žalovanému na ďalšie konanie. Žalovaný je povinný do 30 dní od právoplatnosti tohto rozsudku zaplatiť žalobcovi trovy konania v sume 369,61 eur na účet jeho právnej zástupkyne, č. XXXXXXXX/XXXX. o d ô v o d n e n i e : Žalobou doručenou Krajskému súdu v Bratislave dňa 23.7.2009 sa žalobca domáhal preskúmania zákonnosti rozhodnutia žalovaného č. 6922/2009-7.2 ( 50/2009 rozkl.) zo dňa 1.7.2009, ktorým žalovaný rozklad žalobcu zamietol podľa § 61 ods. 2 a 3 v spojení s § 59 ods. 1 a 2 zákona č. 71/1967 Zb. o správnom konaní a potvrdil rozhodnutie prvostupňového správneho orgánu č. 3924/2009-2.1 zo dňa 2.6.2009. Uvedeným rozhodnutím sa žalobcovi nepriznalo postavenie účastníka konania vo veci žiadosti Poľovníckej spoločnosti Sokolová v konaní o povolenie výnimky z podmienok ochrany chráneného živočícha - medveďa hnedého.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27.8.2009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24.4.2009 oznámil svoju účasť v konaní v postavení zúčastnenej osoby. Následne ho listom zo dňa 28.4.2009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23.2.2009 bola Ministerstvu životného prostredia Slovenskej republiky doručená žiadosť Poľovníckej spoločnosti Sokolová vo veci o povolenie výnimky z ustanovení § 35 zákona č. 543/2002 Z.z. o ochrane prírody a krajiny za účelom regulačného lovu medveďa hnedého. Písomným upovedomením zo dňa 25.2.2009 žalovaný upovedomil žalobcu o začatí konania v súlade s § 82 ods. 7 zákona č. 543/2002 Z.z.. Žalobca listom doručeným žalovanému dňa 13.3.2009 oznámil svoju účasť v konaní. MŽP SR listom zo dňa 24.4.2009 oboznámilo s podkladmi rozhodnutia žiadateľa o povolenie výnimky, ako aj žalobcu. Písomným vyjadrením žalobcu zo dňa 14.5.2009 sa žalobca vyjadril, že nesúhlasí s udelením výnimky pre žiadateľa. Listom zo dňa 14.5.2009 MŽP SR upovedomilo žalobcu o tom, že mu nebude priznané postavenie účastníka konania . Žalobca však písomne oznámil listom zo dňa 2.6.2009, že na svojom postavení ako účastníka konania trvá. Rozhodnutím č. 3924/2009-2.1 zo dňa 2.6.2009 prvostupňový správny orgán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č. 6922/2009 - 7.2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14 ods. 1 po 115,90 eur, z výpočtového základu prislúchajúceho úkonom vykonaným po 1.6.2009 podľa § 11 ods. 4, prvá veta vyhlášky, realizované v roku 2009 vo výške 1/6 výpočtového základu. Ďalej súd priznal žalobcovi náhradu za jeden 1 úkon ( návrh na prerušenie konania zo dňa 15.7.2009) podľa § 14 ods. 3 písm. a) a 8 vyhlášky v sume 57,95 eur, 3 x 6,95 eur paušálna náhrada podľa § 16 ods. 3 vyhlášky a 19% DPH podľa § 18 ods. 3 vyhlášky prislúchajúca odmene a náhradám. Trovy žalobcu súčtom uvedených položiek predstavujú čiastku 369,61 eur, ktoré žalobca zaplatí na účet právnej zástupkyne žalobcu. Súd nepriznal žalobcovi náhradu za úkon - podanie zo dňa 1.6.2011 (návrh na pokračovanie v konaní) z dôvodu, že súd aj bez návrhu pokračuje v konaní, ak odpadla prekážka, pre ktorú bolo konanie prerušené, tento úkon teda nebol, podľa názoru súdu, zástupkyňou žalobcu účelne vynaložený. Súd nepriznal ani náhradu za podanie urobené elektronickými prostriedkami v sume 1,5 eur, pretože sa jedná o náklady spadajúce pod paušálne výdavky podľa § 16 ods. 3 vyhlášky, prislúchajúce úkonu, za ktorý bola priznaná náhrada. Toto rozhodnutie senát Krajského súdu v Bratislave prijal pomerom hlasov 3:0 (§ 3 ods. 9 zákona č. 757/2004 Z.z. v znení zákona č. 33/2011). .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https://www.kauzis.sk/judikatura/r/ECLI:SK:KSBA:2011:1009201120.3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