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2S/253/2009 z 27. 11. 2011</w:t>
      </w:r>
    </w:p>
    <w:p>
      <w:r>
        <w:t>Uznesenie Krajského súdu Bratislava z 27. novembra 2011, sp. zn. 2S/253/2009, ECLI:SK:KSBA:2011:1009201894.3</w:t>
      </w:r>
    </w:p>
    <w:p>
      <w:r>
        <w:t>Súd: Krajský súd Bratislava</w:t>
      </w:r>
    </w:p>
    <w:p>
      <w:r>
        <w:t>Spisová značka: 2S/253/2009</w:t>
      </w:r>
    </w:p>
    <w:p>
      <w:r>
        <w:t>ECLI: ECLI:SK:KSBA:2011:1009201894.3</w:t>
      </w:r>
    </w:p>
    <w:p>
      <w:r>
        <w:t>Dátum vydania: 27. 11.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2S/253/2009 Identifikačné číslo súdneho spisu: 1009201894 Dátum vydania rozhodnutia: 28. 11. 2011 Meno a priezvisko sudcu, VSÚ: JUDr. Marián Trenčan ECLI: ECLI:SK:KSBA:2011:1009201894.3 Uznesenie Krajský súd v Bratislave v právnej veci žalobcu: Development in Slovak Investments, s.r.o., Tolstého 2885/7, Pezinok, IČO: 34 109 099, zastúpený: SLOV-LEGAL s.r.o., Dobrovičova 16, Bratislava, JUDr. Marián Janás, advokát a konateľ, proti žalovanému: Obvodný úrad pre cestnú dopravu a pozemné komunikácie v Pezinku, Radničné nám. 1, Pezinok, o preskúmanie zákonnosti rozhodnutia žalovaného č.j. 2009/1758 zo dňa 19.10.2009, jednohlasne, takto r o z h o d o l : Súd opravuje údaj o dátume vydania napadnutého rozhodnutia v záhlaví a v prvej vete odôvodnenia rozsudku Krajského súdu v Bratislave č.k. 2S/253/2009-77 zo dňa 4.5.2011 tak, že správny dátum vydania rozhodnutia Obvodného úradu pre cestnú dopravu a pozemné komunikácie v Pezinku č.j. 2009/1758 je 19.10.2009. o d ô v o d n e n i e : V písomnom vyhotovení rozsudku Krajského súdu v Bratislave č.k. 2S/253/2009-77 zo dňa 4.5.2011 došlo k pisárskej chybe, keď bol nesprávne uvedený dátum vydania napadnutého rozhodnutia (19.10.2008) v záhlaví a prvej vete odôvodnenia rozsudku. Správny dátum vydania rozhodnutia Obvodného úradu pre cestnú dopravu a pozemné komunikácie v Pezinku č. 2009/1758 je 19.10.2009.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doručenia, na Krajský súd v Bratislave. V odvolaní sa má popri všeobecných náležitostiach (§ 42 ods. 3 O.s.p. ) uviesť, proti ktorému rozhodnutiu smeruje, v akom rozsahu sa napád, v čom sa toto rozhodnutie alebo postup súdu považuje za nesprávny a čoho sa odvolateľ domáha. .</w:t>
      </w:r>
    </w:p>
    <w:p/>
    <w:p>
      <w:r>
        <w:t>Zdroj: KAUZIS.SK – https://www.kauzis.sk/judikatura/r/ECLI:SK:KSBA:2011:1009201894.3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