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8Sd/3/2010 z 8. 12. 2011</w:t>
      </w:r>
    </w:p>
    <w:p>
      <w:r>
        <w:t>Rozsudok Krajského súdu Bratislava z 8. decembra 2011, sp. zn. 8Sd/3/2010, ECLI:SK:KSBA:2011:1010200194.3</w:t>
      </w:r>
    </w:p>
    <w:p>
      <w:r>
        <w:t>Súd: Krajský súd Bratislava</w:t>
      </w:r>
    </w:p>
    <w:p>
      <w:r>
        <w:t>Spisová značka: 8Sd/3/2010</w:t>
      </w:r>
    </w:p>
    <w:p>
      <w:r>
        <w:t>ECLI: ECLI:SK:KSBA:2011:1010200194.3</w:t>
      </w:r>
    </w:p>
    <w:p>
      <w:r>
        <w:t>Dátum vydania: 8. 12.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8Sd/3/2010 Identifikačné číslo súdneho spisu: 1010200194 Dátum vydania rozhodnutia: 09. 12. 2011 Meno a priezvisko sudcu, VSÚ: JUDr. Peter Pospech ECLI: ECLI:SK:KSBA:2011:1010200194.3 ROZSUDOK V MENE SLOVENSKEJ REPUBLIKY Krajský súd v Bratislave pred samosudcom JUDr. Petrom Pospechom, v právnej veci navrhovateľky: H.. B. B., bytom E. XX, O., proti odporkyni: Sociálna poisťovňa - ústredie Bratislava, Ul. 29. augusta 8, Bratislava, v spore o invalidný dôchodok, takto r o z h o d o l : Súd napadnuté rozhodnutie odporkyne č. XXXXXXX 109 X zo dňa 21. júla 2009 p o t v r d z u j e. Navrhovateľke súd náhradu trov konania n e p r i z n á v a. o d ô v o d n e n i e : Napadnutým rozhodnutím odporkyne zo dňa 21. júla 2009 č. XXXXXXX 109 X odporkyňa zamietla žiadosť navrhovateľky o priznanie invalidného dôchodku s odôvodnením, že menovaná nesplnila zákonnú podmienku pre uznanie invalidity podľa § 71 ods. 1 zákona č. 461/2003 Z.z. o sociálnom poistení, lebo pre dlhodobo nepriaznivý zdravotný stav nemá pokles schopnosti vykonávať zárobkovú činnosť o viac ako 40% v porovnaní so zdravou fyzickou osobou s tým, že miera poklesu schopnosti vykonávať zárobkovú činnosť bola u navrhovateľky stanovená posudkovou lekárkou sociálneho poistenia na 35 %. Proti tomuto rozhodnutiu podala navrhovateľka opravný prostriedok, v ktorom žiadala o opätovné preskúmanie rozhodnutia a posúdenie jej zdravotného stavu s tým, že jej zdravotný stav sa nezlepšuje. Krajský súd v Bratislave ako súd vecne a miestne príslušný na konanie podľa tretej hlavy piatej časti O.s.p. preskúmal napadnuté rozhodnutie odporkyne v rozsahu dôvodov, ktoré uviedla vo svojom opravnom prostriedku podľa § 244 ods. 1 O.s.p. Zdravotný stav navrhovateľky bol po podaní opravného prostriedku opätovne preskúmaný posudkovou lekárkou Sociálnej poisťovne - ústredie v Bratislave dňa 14.01.2010. Ako rozhodujúce zdravotné postihnutie: Kap. XV-Choroby podporného a pohybového aparátu odd. E-dorzopatia, deformujúca dorzopatia a spondylopatia - stav po operácií medzistavcovej platničky s často recidivujúcimi prejavmi nervového a svalového dráždenia a vo výroku posudku posudková lekárka Sociálnej poisťovne - pobočky Bratislava, uviedla výrok, že navrhovateľka nie je invalidná podľa § 71 ods. 1 zákona č. 461/2003 Z.z. o sociálnom poistení lebo pre dlhodobo nepriaznivý zdravotný stav nemá pokles schopnosti vykonávať zárobkovú činnosť o viac ako 40% v porovnaní so zdravou fyzickou osobou. U navrhovateľky bola zistená MPSZVČ 35%. Podľa § 71 ods. 1 zákona č. 461/2003 Z.z. o sociálnom poistení, poistenec je invalidný, ak pre dlhodobo nepriaznivý zdravotný stav má pokles schopnosti vykonávať zárobkovú činnosť o viac ako 40% v porovnaní so zdravou fyzickou osobou. Vzhľadom k tomu, že navrhovateľka nesplnila zákonom stanovenú podmienku, uvedenú v § 71 ods. 1 zákona č. 461/2003 Z.z. o sociálnom poistení, súd dospel k záveru, že správny orgán správne posúdil žiadosť navrhovateľky o invalidný dôchodok a preto jeho rozhodnutie potvrdil ako vecne správne a vydané v súlade so zákonom, podľa § 250q ods. 2 O.s.p. Výrok o trovách konania konajúci súd oprel o neúspešnosť navrhovateľky v spore, ktorej náhradu trov konania nepriznal a odporkyni trovy konania neprislúchajú podľa § 250k ods. 1 O.s.p. Poučenie: Proti tomuto rozhodnutiu je možné podať odvolanie do 15 dní od jeho doručenia na Krajský súd v Bratislave, písomne, dvojmo. V odvolaní sa má popri všeobecných náležitostiach (§ 42 ods. 3 O.s.p.) 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https://www.kauzis.sk/judikatura/r/ECLI:SK:KSBA:2011:1010200194.3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