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3S/8/2010 z 26. 10. 2011</w:t>
      </w:r>
    </w:p>
    <w:p>
      <w:r>
        <w:t>Uznesenie Krajského súdu Bratislava z 26. októbra 2011, sp. zn. 3S/8/2010, ECLI:SK:KSBA:2011:1010200197.2</w:t>
      </w:r>
    </w:p>
    <w:p>
      <w:r>
        <w:t>Súd: Krajský súd Bratislava</w:t>
      </w:r>
    </w:p>
    <w:p>
      <w:r>
        <w:t>Spisová značka: 3S/8/2010</w:t>
      </w:r>
    </w:p>
    <w:p>
      <w:r>
        <w:t>ECLI: ECLI:SK:KSBA:2011:1010200197.2</w:t>
      </w:r>
    </w:p>
    <w:p>
      <w:r>
        <w:t>Dátum vydania: 26.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3S/8/2010 Identifikačné číslo súdneho spisu: 1010200197 Dátum vydania rozhodnutia: 27. 10. 2011 Meno a priezvisko sudcu, VSÚ: JUDr. Dáša Filová ECLI: ECLI:SK:KSBA:2011:1010200197.2 Uznesenie Krajský súd v Bratislave v právnej veci žalobcu: Ing. S. Z., Hrebendova 38, 811 02 Bratislava, zastúpený: JUDr. Milan Cíbik, AK so sídlom Súťažná 5, 821 08 Bratislava, proti žalovanému: Ministerstvo spravodlivosti SR, Župné nám. č. 13, Bratislava, o preskúmanie zákonnosti rozhodnutia žalovaného č. 35039/2009/62-75207 zo dňa 29.12.2009, takto r o z h o d o l : Rozsudok Krajského súdu v Bratislave, č.k. 3S 8/2010 - 56 zo dňa 16.08.2011 sa v záhlaví opravuje tak, že meno právneho zástupcu je: „JUDr. Milan Cíbik, AK Súťažná 5, 821 08 Bratislava“. o d ô v o d n e n i e : Súd rozsudkom zo dňa 16.08.2011, č.k. 3S 8/2010-56 zrušil rozhodnutie žalovaného č. 35039/2009/62-75207 zo dňa 29.12.2009, nakoľko toto rozhodnutie bolo nepreskúmateľné, pretože žalovaný nepredložil súdu originál administratívneho spisu správneho orgánu prvého stupňa. Podľa § 164 O.s.p., súd kedykoľvek aj bez návrhu opraví v rozsudku chyby v písaní a počítaní, ako aj iné zrejmé nesprávnosti. O oprave vydá opravné uznesenie, ktoré doručí účastníkom. Pri tom môže odložiť vykonateľnosť rozsudku na čas, kým opravné uznesenie nenadobudne právoplatnosť. Podľa § 104 ods. 2 O.s.p. ak ide o nedostatok podmienky konania, ktorý možno odstrániť, súd urobí pre to vhodné opatrenia. Pri tom spravidla môže pokračovať v konaní, ale nesmie vydať rozhodnutie ktorým sa konanie končí. Ak sa nepodarí nedostatok podmienky konania odstrániť, konanie zastaví. Pri písomnom vyhotovení uznesenia došlo k pisárskej chybe, keď v záhlaví rozsudku kde ako právny zástupca žalobcu bol uvedený JUDr. Miroslav Kolář, AK Súťažná 5, Bratislava a správne mal byť uvedený právny zástupca JUDr. Milan Cíbik, AK Súťažná 5, Bratislava, tak ako to vyplýva z uznesenia zo dňa 03.03.2011 č.k. 3S 8/2010-35. Pretože v danom prípade ide o zrejmú nesprávnosť pri písaní rozhodnutia, súd preto v zmysle ust. § 164 O.s.p. túto chybu opravil týmto opravným uznesením. Poučenie: Proti tomuto uzneseniu je možné podať odvolanie do 15 dní odo dňa jeho doručenia písomne, dvojmo na tomto súde.</w:t>
      </w:r>
    </w:p>
    <w:p/>
    <w:p>
      <w:r>
        <w:t>Zdroj: KAUZIS.SK – https://www.kauzis.sk/judikatura/r/ECLI:SK:KSBA:2011:1010200197.2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