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5Sd/10/2010 z 25. 10. 2011</w:t>
      </w:r>
    </w:p>
    <w:p>
      <w:r>
        <w:t>Uznesenie Krajského súdu Bratislava z 25. októbra 2011, sp. zn. 5Sd/10/2010, ECLI:SK:KSBA:2011:1010200570.2</w:t>
      </w:r>
    </w:p>
    <w:p>
      <w:r>
        <w:t>Súd: Krajský súd Bratislava</w:t>
      </w:r>
    </w:p>
    <w:p>
      <w:r>
        <w:t>Spisová značka: 5Sd/10/2010</w:t>
      </w:r>
    </w:p>
    <w:p>
      <w:r>
        <w:t>ECLI: ECLI:SK:KSBA:2011:1010200570.2</w:t>
      </w:r>
    </w:p>
    <w:p>
      <w:r>
        <w:t>Dátum vydania: 25.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5Sd/10/2010 Identifikačné číslo súdneho spisu: 1010200570 Dátum vydania rozhodnutia: 26. 10. 2011 Meno a priezvisko sudcu, VSÚ: JUDr. Renáta Janáková ECLI: ECLI:SK:KSBA:2011:1010200570.2 Uznesenie Krajský súd v Bratislave, v právnej veci navrhovateľky: Q. Z., bytom K., E. Č.. XX proti odporkyni: Sociálna poisťovňa - ústredie, Ul. 29. augusta č. 8, Bratislava, U. invalidn V., takto r o z h o d o l : Súd konanie z a s t a v u j e. Žiaden z účastníkov nemá právo na náhradu trov konania. o d ô v o d n e n i e : Navrhovateľka svojim návrhom zo dňa X.XX.XXXX žiadala preskúmať rozhodnutie odporkyne č. XXXXXXX XXX X zo dňa XX.X.XXXX z dôvodu, že nesúhlasí s posúdením jej zdravotného stavu, na základe ktorého bola jej žiadosť o invalidný dôchodok zamietnutá. Na pojednávaní konanom dňa XX.XX.XXXX uviedla, že netrvá na podanom opravnom prostriedku a konanie žiada zastaviť, keďže posudkový lekár odporkyne opätovne posúdil jej zdravotný stav dňa XX. B. XXXX, ktorý určil, že invalidita trvá naďalej od XX.X.XXXX s mierou poklesu schopnosti vykonávať zárobkovú činnosť 70 %, na základe ktorého odporkyňa rozhodnutím č. XXXXXXX XXX X zo dňa XX. Q. XXXX podľa § 263 ods. 1 zák. č. 461/2003 Z.z. o sociálnom poistení a podľa § 29 ods. 1 zák. č. 100/1998 Zb. o sociálnom zabezpečení zamietol jej žiadosť o zvýšenie sumy invalidného dôchodku. Priznaním invalidného dôchodku podľa § 70 ods. 1 zák. č. 461/03 Z.z. o sociálnom poistení od XX.X.XXXX v sume XXX,- €. mesačne jej súčasne podľa § 263a ods. 5 zák. č. 461/2003 Z.z. zaniká od XX.X.XXXX nárok na doteraz vyplácaný invalidný dôchodok. Zástupca odporkyne súhlasil so späťvzatím návrhu a so zastavením konania. Súd podľa § 250d ods. 3 v spojení s § 250h ods. 2 a § 250l ods. 2 O.s.p. konanie zastavil. O trovách konania súd rozhodol podľa § 246c a § 146 ods. 1 písm. c/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https://www.kauzis.sk/judikatura/r/ECLI:SK:KSBA:2011:1010200570.2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