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6Scud/13/2010 z 22. 11. 2011</w:t>
      </w:r>
    </w:p>
    <w:p>
      <w:r>
        <w:t>Uznesenie Krajského súdu Bratislava z 22. novembra 2011, sp. zn. 6Scud/13/2010, ECLI:SK:KSBA:2011:1010200787.2</w:t>
      </w:r>
    </w:p>
    <w:p>
      <w:r>
        <w:t>Súd: Krajský súd Bratislava</w:t>
      </w:r>
    </w:p>
    <w:p>
      <w:r>
        <w:t>Spisová značka: 6Scud/13/2010</w:t>
      </w:r>
    </w:p>
    <w:p>
      <w:r>
        <w:t>ECLI: ECLI:SK:KSBA:2011:1010200787.2</w:t>
      </w:r>
    </w:p>
    <w:p>
      <w:r>
        <w:t>Dátum vydania: 22.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6Scud/13/2010 Identifikačné číslo súdneho spisu: 1010200787 Dátum vydania rozhodnutia: 23. 11. 2011 Meno a priezvisko sudcu, VSÚ: JUDr. Renáta Janáková ECLI: ECLI:SK:KSBA:2011:1010200787.2 Uznesenie Krajský súd v Bratislave v právnej veci navrhovateľky: C. Q., bytom Č. A., XXX XX F., R. Č.. XXXX proti odporkyni: Sociálna poisťovňa - ústredie, Ul. 29. augusta č. 8, Bratislava, O. invalidn N., takto r o z h o d o l : Súd konanie z a s t a v u j e. Žiaden z účastníkov n e m á právo na náhradu trov konania. o d ô v o d n e n i e : Navrhovateľka svojim návrhom zo dňa X.X.XXXX žiadala preskúmať rozhodnutie odporkyne č. XXXXXXX XXX X zo dňa X.X.XXXX, ktorým bola zamietnutá jej žiadosť o invalidný dôchodok z XX. X. XXXX. V písomnom podaní zo dňa XX.XX.XXXX navrhovateľka oznámila súdu, že na svojom návrhu netrvá a berie ho v celom rozsahu späť a konanie žiada zastaviť, k čomu dospela po zrelej úvahe, pretože sa domnieva, že v konaní nebude úspešná. Odporkyňa so späťvzatím opravného prostriedku súhlasila. Súd podľa § 250d ods. 3 v spojení s § 250h ods. 2 a §250l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https://www.kauzis.sk/judikatura/r/ECLI:SK:KSBA:2011:1010200787.2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