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8Scud/21/2010 z 15. 12. 2011</w:t>
      </w:r>
    </w:p>
    <w:p>
      <w:r>
        <w:t>Uznesenie Krajského súdu Bratislava z 15. decembra 2011, sp. zn. 8Scud/21/2010, ECLI:SK:KSBA:2011:1010201121.2</w:t>
      </w:r>
    </w:p>
    <w:p>
      <w:r>
        <w:t>Súd: Krajský súd Bratislava</w:t>
      </w:r>
    </w:p>
    <w:p>
      <w:r>
        <w:t>Spisová značka: 8Scud/21/2010</w:t>
      </w:r>
    </w:p>
    <w:p>
      <w:r>
        <w:t>ECLI: ECLI:SK:KSBA:2011:1010201121.2</w:t>
      </w:r>
    </w:p>
    <w:p>
      <w:r>
        <w:t>Dátum vydania: 15. 12.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8Scud/21/2010 Identifikačné číslo súdneho spisu: 1010201121 Dátum vydania rozhodnutia: 16. 12. 2011 Meno a priezvisko sudcu, VSÚ: JUDr. Peter Pospech ECLI: ECLI:SK:KSBA:2011:1010201121.2 Uznesenie Krajský súd v Bratislave v právnej veci navrhovateľa: A. Z., nar. XX.XX.XXXX, bytom U.I. Z..X, XXXXX O. V. F., Z. F. D., proti odporkyni: Sociálna poisťovňa - ústredie. Ul. 29. augusta č. 8, Bratislava, v spore o starobný dôchodok, takto r o z h o d o l : Súd konanie z a s t a v u j e. Žiaden z účastníkov n e m á p r á v o na náhradu trov konania. o d ô v o d n e n i e : Navrhovateľ svojim návrhom dňa 04.05.2011 žiadal preskúmať rozhodnutie odporkyne sp. zn. XXXXXXX 718 X-XXX zo dňa 30.03.2010, ktorým mu bol priznaný starobný dôchodok. Novým rozhodnutím sp. zn. XXXXXXX 718 X zo dňa 29.11.2010 priznala odporkyňa navrhovateľovi zvýšenie starobného dôchodku v sume 387,10 € mesačne, od 18.07.2009. Týmto plne vyhovela odvolaniu navrhovateľa. Podľa § 250o O.s.p., ak správny orgán, ktorého rozhodnutie súd preskúmava vydá nové rozhodnutie, ktorým návrhu celkom vyhovie, súd uznesením konanie zastaví. Pretože rozhodnutím sp. zn. XXXXXXX 718 X bolo celkom vyhovené návrhu (odvolanie) navrhovateľa súd v zmysle § 250o O.s.p. konanie zastavil. O trovách konania súd rozhodol podľa § 146 ods. 1 písm. c/ O.s.p. (§250l ods. 2, § 246c O.s.p.). Poučenie: Proti tomuto uzneseniu je možno podať odvolanie do 15 dní odo dňa jeho doručenia na Krajskom súde v Bratislave písomne, dvojmo.</w:t>
      </w:r>
    </w:p>
    <w:p/>
    <w:p>
      <w:r>
        <w:t>Zdroj: KAUZIS.SK – https://www.kauzis.sk/judikatura/r/ECLI:SK:KSBA:2011:1010201121.2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