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4S/212/2010 z 27. 10. 2011</w:t>
      </w:r>
    </w:p>
    <w:p>
      <w:r>
        <w:t>Rozsudok Krajského súdu Bratislava z 27. októbra 2011, sp. zn. 4S/212/2010, ECLI:SK:KSBA:2011:1010201154.2</w:t>
      </w:r>
    </w:p>
    <w:p>
      <w:r>
        <w:t>Súd: Krajský súd Bratislava</w:t>
      </w:r>
    </w:p>
    <w:p>
      <w:r>
        <w:t>Spisová značka: 4S/212/2010</w:t>
      </w:r>
    </w:p>
    <w:p>
      <w:r>
        <w:t>ECLI: ECLI:SK:KSBA:2011:1010201154.2</w:t>
      </w:r>
    </w:p>
    <w:p>
      <w:r>
        <w:t>Dátum vydania: 27. 10. 2011</w:t>
      </w:r>
    </w:p>
    <w:p>
      <w:r>
        <w:t>Forma: Rozsudok</w:t>
      </w:r>
    </w:p>
    <w:p>
      <w:r>
        <w:t>Oblasť práva: Správne právo</w:t>
      </w:r>
    </w:p>
    <w:p>
      <w:pPr>
        <w:pStyle w:val="Heading2"/>
      </w:pPr>
      <w:r>
        <w:t>Text rozhodnutia</w:t>
      </w:r>
    </w:p>
    <w:p>
      <w:r>
        <w:t>Súd: Krajský súd Bratislava Spisová značka: 4S/212/2010 Identifikačné číslo súdneho spisu: 1010201154 Dátum vydania rozhodnutia: 28. 10. 2011 Meno a priezvisko sudcu, VSÚ: JUDr. Judita Kokolevská ECLI: ECLI:SK:KSBA:2011:1010201154.2 ROZSUDOK V MENE SLOVENSKEJ REPUBLIKY Krajský súd v Bratislave v senáte zloženom z predsedníčky senátu JUDr. Judity Kokolevskej a členiek senátu JUDr. Soni Langovej a JUDr. Miloty Tóthovej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č. 6700/2010-7.2 (20/2010-rozkl.) zo dňa 1.6.2010 v spojení s prvostupňovým rozhodnutím žalovaného č.4202/2010-2.1 zo dňa 13.4.2010, takto r o z h o d o l : Krajský súd v Bratislave rozhodnutie žalovaného č.6700/2010-7.2 (20/2010-rozkl.) zo dňa 1.6.2010, ako aj prvostupňové rozhodnutie žalovaného č. 4202/2010-2.1 zo dňa 13.4.2010 z r u š u j e podľa ust. § 250j ods. 2 písm. a) Občianskeho súdneho poriadku a vec v r a c i a žalovanému na ďalšie konanie. Žalovaný je povinný do 30 dní od právoplatnosti tohto rozsudku zaplatiť žalobcovi trovy konania v sume 383,42 eur na účet jeho právnej zástupkyne, č. XXXXXXXX/XXXX. o d ô v o d n e n i e : Žalobou doručenou Krajskému súdu v Bratislave dňa 14.6.2010 sa žalobca domáhal preskúmania zákonnosti rozhodnutia žalovaného č. 6700/2010-7.2 zo dňa 1.6.2010, ktorým žalovaný rozklad žalobcu zamietol podľa § 61 ods. 2 a 3 a § 59 ods. 2 zákona č. 71/1967 Zb. o správnom konaní a potvrdil rozhodnutie prvostupňového správneho orgánu č. 4202/2010-2.1 zo dňa 13.4.2010. Uvedeným rozhodnutím sa žalobcovi nepriznalo postavenie účastníka konania vo veci žiadosti Mestského poľovníckeho spolku Poľana Spišská Belá v konaní o povolenie výnimky z podmienok ochrany chráneného živočícha medveďa hnedého.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5.3.2006,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sp.zn. 3Sž/39/2003 a 1So/98/2004. Podľa jeho názoru, dohovor vo svojom čl.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písomnom vyjadrení k žalobe doručenej Krajskému súdu dňa 6.8.2010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a oznámil žalobcovi začatie konania vo veci žiadateľa. Žalobca mu listom zo dňa 24.4.2009 oznámil svoju účasť v konaní v postavení zúčastnenej osoby. Následne ho listom zo dňa 28.4.2009 žalobca žiadal o priznanie postavenia účastníka konania. Správny orgán skúmal procesné postavenie žalobcu podľa § 81 ods. 1 a 2 zákona o ochrane prírody ako i § 14 správneho poriadku. Poukázal na judikát NSS ČR č. 3 Ao 2/2007-42, podľa ktorého dohoda nie je priamo použiteľná a nedá sa uplatniť zásada jej prednosti pred zákonmi. V zmysle rozhodnutí NSSR č. Sž-o-NS/114/03 a 7 Sž/169/02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 15a ods. 1 a 2, § 23 ods. 1, § 31 ods. 1 a 2, §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 O.s.p. preskúmal napadnuté rozhodnutie v rozsahu dôvodov uvedených v žalobe (§ 249 ods. 2 O.s.p.), ako aj konanie, ktoré mu predchádzalo a dospel k rozhodnutiu jednomyseľne odsúhlasenému všetkými členmi senátu. Z obsahu administratívneho spisu súd zistil, že dňa 28.1.2010 bola žalovanému doručená žiadosť o povolenie z výnimky ochrany chráneného živočícha medveďa hnedého v rámci regulačného chovu. Písomným upovedomením zo dňa 1.2.2010 žalovaný upovedomil žalobcu o začatí konania v súlade s § 82 ods. 7 zákona č. 543/2002 Z.z.. Žalobca listom doručeným žalovanému prvostupňovému správnemu orgánu dňa 10.2.2010 oznámil svoju účasť v konaní. Žalobca svojim listom zo dňa 31.3.2010 sa dožadoval postavenia účastníka konania. Žalovaný vo svojom rozhodnutí č. 4202/2010-2.1 zo dňa 13.7.2010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tiež poukázal na svoj názor prezentovaný vo vyššie popísanom vyjadrení k žalobe. Žalobca podal voči predmetnému rozhodnutiu v zákonom určenej lehote rozklad, v ktorom uvádzal námietky opakujúce sa aj v podanej žalobe. Žalovaný následne rozhodnutím č. 6700/2010-7.2 zo dňa 1.6.2010 zamietol odvolanie žalobcu a rozhodnutie prvostupňového správneho orgánu potvrdil. Vzhľadom na okolnosť, že žalobca podal množstvo žalôb na súdy Slovenskej republiky v ktorých sa domáhal prístupu do konaní týkajúcich sa životného prostredia ako účastník konania (t.j. v obdobných veciach), uznesením sp. zn. 5Sžp/41/2009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v rozsudkoch týkajúcich sa obdobných vecí, základná otázka, ktorá bola v prebiehajúcom konaní pred Najvyšším súdom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bolo nepochybné, že ciele Aarhuského dohovoru sú predovšetkým definované v jeho preambule (kde, podľa Najvyššieho súdu,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danom prípade poukazuje a v zmysle ktorého rozhodol vo veci žalobcu, na vnútroštátnej úrovni právo na priaznivé životné prostredie a ochrana životného prostredia patrí v zmysle systematiky Druhej hlavy ústavy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prezentovaného v rozhodnutí o obdobnej veci napadnuté rozhodnutia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(ďalej len vyhláška). Súd žalobcovi priznal nasledujúce trovy konania podľa § 11 ods. 3, § 16 ods. 3 príslušného zákona v celkovej výške 383,42 €, ktoré si uplatnila v písomnom podaní zo dňa 13.7.2010: - prevzatie a príprava zastupovania zo dňa 7.6.2010: 120,23 € + 7,21 € režijný paušál + 19% DPH - žaloba zo dňa 11.6.2010: 120,23 € + 7,21 € režijný paušál + 19% DPH - návrh na prerušenie konania zo dňa 11.6.2010: 60,12 € (1 z 1/6 výpočtového základu) + 7,21 € režijný paušál + 19 % DPH Súd nepriznal náhradu za podanie urobené elektronickými prostriedkami v sume 1,5 €, pretože sa jedná o náklady spadajúce pod paušálne výdavky podľa § 16 ods. 3 vyhlášky, prislúchajúce úkonu, za ktorý bola priznaná náhrada náhradu za úkon - podanie zo dňa 6.5.2011 (návrh na pokračovanie v konaní) z dôvodu, že súd aj bez návrhu pokračuje v konaní, ak odpadla prekážka, pre ktorú bolo konanie prerušené, tento úkon teda nebol, podľa názoru súdu, zástupkyňou žalobcu účelne vynaložený. Žalovaný je povinný uhradiť trovy konania vo výške 383,42 € na účet právnej zástupkyne žalobcu do troch dní od právoplatnosti tohto rozsudku. Číslo účtu právnej zástupkyne žalobcu je XXXXXXXX/XXXX, VS XXXXXX. Toto rozhodnutie senát Krajského súdu v Bratislave prijal pomerom hlasov 3:0 (§ 3 ods. 9 zákona č. 757/2004 Z.z. v znení zákona č. 33/2011).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https://www.kauzis.sk/judikatura/r/ECLI:SK:KSBA:2011:1010201154.2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