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4S/219/2010 z 22. 9. 2011</w:t>
      </w:r>
    </w:p>
    <w:p>
      <w:r>
        <w:t>Rozsudok Krajského súdu Bratislava z 22. septembra 2011, sp. zn. 4S/219/2010, ECLI:SK:KSBA:2011:1010201185.3</w:t>
      </w:r>
    </w:p>
    <w:p>
      <w:r>
        <w:t>Súd: Krajský súd Bratislava</w:t>
      </w:r>
    </w:p>
    <w:p>
      <w:r>
        <w:t>Spisová značka: 4S/219/2010</w:t>
      </w:r>
    </w:p>
    <w:p>
      <w:r>
        <w:t>ECLI: ECLI:SK:KSBA:2011:1010201185.3</w:t>
      </w:r>
    </w:p>
    <w:p>
      <w:r>
        <w:t>Dátum vydania: 22. 9. 2011</w:t>
      </w:r>
    </w:p>
    <w:p>
      <w:r>
        <w:t>Forma: Rozsudok</w:t>
      </w:r>
    </w:p>
    <w:p>
      <w:r>
        <w:t>Oblasť práva: Správne právo</w:t>
      </w:r>
    </w:p>
    <w:p>
      <w:pPr>
        <w:pStyle w:val="Heading2"/>
      </w:pPr>
      <w:r>
        <w:t>Text rozhodnutia</w:t>
      </w:r>
    </w:p>
    <w:p>
      <w:r>
        <w:t>Súd: Krajský súd Bratislava Spisová značka: 4S/219/2010 Identifikačné číslo súdneho spisu: 1010201185 Dátum vydania rozhodnutia: 23. 09. 2011 Meno a priezvisko sudcu, VSÚ: JUDr. Judita Kokolevská ECLI: ECLI:SK:KSBA:2011:1010201185.3 ROZSUDOK V MENE SLOVENSKEJ REPUBLIKY Krajský súd v Bratislave v senáte zloženom z predsedu senátu JUDr. Soni Langovej a členov senátu JUDr. Judity Kokolevskej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6486/2010-2.1.2/GP zo dňa 25.5.2010 v spojení s prvostupňovým rozhodnutím Krajského úradu životného prostredia v Banskej Bystrici č. 2010/00406-Ko zo dňa 16.3.2010 takto r o z h o d o l : Krajský súd v Bratislave rozhodnutie žalovaného č. 6486/2010-2.1.2/GP zo dňa 25.5.2010 ako i rozhodnutie Krajského úradu životného prostredia v Banskej Bystrici č. 2010/00406-Ko zo dňa 16.3.2010 z r u š u j e podľa ust. § 250j ods. 2 písm. a) Občianskeho súdneho poriadku a vec v r a c i a žalovanému na ďalšie konanie. Žalovaný je p o v i n n ý do 3 dní od právoplatnosti tohto rozsudku zaplatiť žalobcovi trovy konania v sume 303,31 eur na účet jeho právnej zástupkyne. o d ô v o d n e n i e : Žalobou doručenou tunajšiemu súdu v zákonom určenej lehote sa žalobca domáhal preskúmania zákonnosti rozhodnutia žalovaného č. 6486/2010-2.1.2/GP zo dňa 25.5.2010, ktorým zamietol odvolanie žalobcu a potvrdil prvostupňové rozhodnutie č. 2010/00406-Ko zo dňa 16.3.2010 (v petite nesprávne uvedené číslo rozhodnutia 2010/00406-Fi). Správny orgán svojim prvostupňovým rozhodnutím nepriznal žalobcovi postavenie účastníka konania vo veci žiadosti subjektu Oblastnej geologickej skupiny Rimavská Sobota, sídl. Rimava 1065/18, Rimavská Sobota o povolenie výnimiek zo zakázaných činností a vydanie súhlasov v súlade so zákonom č. 543/2002 Z.z. o ochrane prírody a krajiny v znení neskorších predpisov (ďalej len zákon o ochrane prírody) za účelom vykonávania speleologického výskumu a prieskumu v geomorfologických celkoch Revúcka vrchovina, Ostrôžky, Juhoslovenská kotlina, Cerovská vrchovina, Krupinská planina a Poľana.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 z., ktorým došlo k zmene a doplnení zákona č. 543/2002 Z. 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listom zo dňa 15.12.2009 oznámil svoju účasť v konaní v postavení zúčastnenej osoby. Následne ho listom zo dňa 20.12.2009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 SR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ods. 2, 23 ods. 1, 31 ods. 1 a ods. 2, 33 ods. 1 a ods.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Aarhuský dohovor takýto účinok nemá. Na základe uvedených dôvodov žalovaný postupoval v súlade s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žalovaného súd zistil, že dňa 25.1.2010 bola Krajskému úradu životného prostredia v Banskej Bystrici doručená žiadosť subjektu Oblastnej geologickej skupiny Rimavská Sobota, sídl. Rimava 1065/18, Rimavská Sobota o povolenie výnimiek zo zakázaných činností a vydanie súhlasov v súlade so zákonom č. 543/2002 Z.z. o ochrane prírody a krajiny v znení neskorších predpisov (ďalej len zákon o ochrane prírody) v súvislosti s prieskumom a výskumom geomorfologických celkov Revúcka vrchovina (časť na území Banskobystrického kraja), Ostrôžky, Juhoslovenská kotlina (časť na území Banskobystrického kraja), Cerovská vrchovina, Krupinská planina (časť na území Banskobystrického kraja) a Poľana. Listom zo dňa 27.1.2010 informoval správny orgán žalobcu o začatí správneho konania o predmetnej výnimke. Žalobca listom doručeným žalovanému dňa 4.2.2010 oznámil svoju účasť v konaní. Listom zo dňa 22.2.2010 správny orgán žalobcu oboznámil s podkladmi rozhodnutia a vyzval ho, aby sa v lehote 7 dní vyjadril k podkladom rozhodnutia. Listom zo dňa 8.3.2010 žalobca oznámil správnemu orgánu, že nesúhlasí, aby v súvislosti so speleogologickým výskumom bol umožnený vjazd a státie motorovými vozidlami do území s piatym, najprísnejším stupňom ochrany a žiadal, aby mu bolo v predmetnom konaní priznané postavenie účastníka konania. Rozhodnutím č. 2010/00406-Ko zo dňa 16.3.2010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 Žalovaný následne rozhodnutím zo dňa 24.5.2010 zamietol návrh na prerušenie správneho konania a dňa 25.5.2010 vydal napadnuté rozhodnutie, ktorým odvolanie žalobcu voči rozhodnutiu, ktorým mu nebolo priznané postavenie účastníka konania zamietol a potvrdil rozhodnutie č. 2010/00406-Ko zo dňa 16.3.2010.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pomáhajúpri vykonávaní úloh, ktoré vyplývajú zo zmlúv. Pre najvyšší súd bolo nepochybné, že ciele Aarhuského Dohovoru sú predovšetkým definované v jeho preambule (kdepodľa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 z. o odmenách a náhradách advokátov za poskytovanie právnych služieb (ďalej len vyhláška) za dva úkony (prevzatie a príprava zastupovania, žaloba) podľa § 11 ods. 4 vyhlášky, realizované v roku 2010 vo výške 1/6 výpočtového základu, t.j. 2 x 120, 23 eur, 2 x 7,21 eur paušálna náhrada podľa § 16 ods. 3 vyhlášky a 19% DPH podľa § 18 ods. 3 vyhlášky prislúchajúca odmene a náhradám. Trovy žalobcu súčtom uvedených položiek predstavujú čiastku 303,31 eur, ktoré žalobca zaplatí na účet právnej zástupkyne žalobcu. Súd nepriznal žalobcovi náhradu za úkony: 1/ náhrada za jeden 1 úkon (návrh na prerušenie konania zo dňa 18.6.2010), pretože tento návrh bol súčasťou podanej žaloby v čase, keď už bolo známe, že bola odvolacím súdom položená prejudiciálna otázka v skutkovo totožnej veci podľa § 109 ods. 1 písm. c/ a súd by preto aj bez návrhu prerušil konanie. 2/ podanie zo dňa 6.5.2011 (návrh na pokračovanie v konaní) z dôvodu, že súd aj bez návrhu pokračuje v konaní, ak odpadla prekážka, pre ktorú bolo konanie prerušené. Podľa názoru súdu tieto úkony teda neboli zástupkyňou žalobcu účelne vynaložené. Súd nepriznal ani náhradu za podania urobené elektronickými prostriedkami v sume 1,50 eur a 1,50 eur, pretože sa jedná o náklady spadajúce pod paušálne výdavky podľa § 16 ods. 3 vyhlášky. Poučenie: P o u č e n i e: Proti tomuto rozsudku je možné podať odvolanie prostredníctvom tunajšieho súdu na Najvyšší súd Slovenskej republiky do 15 dní odo dňa jeho doručenia. Odvolanie musí spĺňať náležitosti podľa ust. § 205 OSP V Bratislave 23.9.2011 JUDr. Soňa Langová predsedníčka senátu Za správnosť vyhotovenia: Marta Víghová</w:t>
      </w:r>
    </w:p>
    <w:p/>
    <w:p>
      <w:r>
        <w:t>Zdroj: KAUZIS.SK – https://www.kauzis.sk/judikatura/r/ECLI:SK:KSBA:2011:1010201185.3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