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5Sd/53/2010 z 15. 11. 2011</w:t>
      </w:r>
    </w:p>
    <w:p>
      <w:r>
        <w:t>Uznesenie Krajského súdu Bratislava z 15. novembra 2011, sp. zn. 5Sd/53/2010, ECLI:SK:KSBA:2011:1010201190.2</w:t>
      </w:r>
    </w:p>
    <w:p>
      <w:r>
        <w:t>Súd: Krajský súd Bratislava</w:t>
      </w:r>
    </w:p>
    <w:p>
      <w:r>
        <w:t>Spisová značka: 5Sd/53/2010</w:t>
      </w:r>
    </w:p>
    <w:p>
      <w:r>
        <w:t>ECLI: ECLI:SK:KSBA:2011:1010201190.2</w:t>
      </w:r>
    </w:p>
    <w:p>
      <w:r>
        <w:t>Dátum vydania: 15.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5Sd/53/2010 Identifikačné číslo súdneho spisu: 1010201190 Dátum vydania rozhodnutia: 16. 11. 2011 Meno a priezvisko sudcu, VSÚ: JUDr. Renáta Janáková ECLI: ECLI:SK:KSBA:2011:1010201190.2 Uznesenie Krajský súd v Bratislave v právnej veci navrhovateľky: Y. Q., bytom F., F. Č.. XXXX/X, právne zast. R.. R. Č., advokátkou, AK V. Č.. XX, F. proti odporkyni: Sociálna poisťovňa - ústredie, Ul. 29. augusta č. 8, Bratislava, I. invalidn H., takto r o z h o d o l : Súd konanie z a s t a v u j e. Žiaden z účastníkov n e m á právo na náhradu trov konania. o d ô v o d n e n i e : Navrhovateľka svojim návrhom zo dňa XX.X.XXXX žiadala preskúmať rozhodnutie odporkyne č. XXXXXXX XXX zo dňa XX.X.XXXX z dôvodu, že nesúhlasí s posúdením jej zdravotného stavu, na základe ktorého jej bol priznaný invalidný dôchodok od X.X.XXXX v sume XX,XX €.. V písomnom podaní zo dňa X.XX.XXXX právna zástupkyňa navrhovateľky oznámila súdu, že navrhovateľka berie návrh späť a konanie žiada zastaviť, pretože odporkyňa určila invalidný dôchodok v súlade s odvolaním navrhovateľky a žiadala priznať trovy právneho zastúpenia navrhovateľky. Odporkyňa so späťvzatím návrhu a so zastavením konania súhlasila na pojednávaní konanom dňa XX.XX.XXXX. Súd podľa § 250d ods. 3 v spojení s § 250h ods. 2 a § 250l ods. 2 O.s.p. konanie zastavil. O trovách konania súd rozhodol podľa § 246c a § 146 ods. 1 písm. c) O.s.p., keďže odporkyňa rozhodnutím č. XXXXXXX XXX z XX.X.XXXX zrušila napadnuté rozhodnutie a rozhodnutím č. XXXXXXX XXX X z XX.X.XXXX navrhovateľke priznala invalidný dôchodok od X.X.XXXX v sume XXX,XX €. až po opätovnom posúdení zdravotného stavu navrhovateľky posudkovým lekárom sociálneho poistenia Sociálnej poisťovne - ústredie dňa X.X.XXXX, ktorého predmetom boli aj lekárske správy a nálezy z vyšetrení, ktoré navrhovateľka absolvovala až po vydaní napadnutého rozhodnutia.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https://www.kauzis.sk/judikatura/r/ECLI:SK:KSBA:2011:1010201190.2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