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8Scud/26/2010 z 15. 12. 2011</w:t>
      </w:r>
    </w:p>
    <w:p>
      <w:r>
        <w:t>Rozsudok Krajského súdu Bratislava z 15. decembra 2011, sp. zn. 8Scud/26/2010, ECLI:SK:KSBA:2011:1010201303.2</w:t>
      </w:r>
    </w:p>
    <w:p>
      <w:r>
        <w:t>Súd: Krajský súd Bratislava</w:t>
      </w:r>
    </w:p>
    <w:p>
      <w:r>
        <w:t>Spisová značka: 8Scud/26/2010</w:t>
      </w:r>
    </w:p>
    <w:p>
      <w:r>
        <w:t>ECLI: ECLI:SK:KSBA:2011:1010201303.2</w:t>
      </w:r>
    </w:p>
    <w:p>
      <w:r>
        <w:t>Dátum vydania: 15. 12. 2011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8Scud/26/2010 Identifikačné číslo súdneho spisu: 1010201303 Dátum vydania rozhodnutia: 16. 12. 2011 Meno a priezvisko sudcu, VSÚ: JUDr. Peter Pospech ECLI: ECLI:SK:KSBA:2011:1010201303.2 ROZSUDOK V MENE SLOVENSKEJ REPUBLIKY Krajský súd v Bratislave pred samosudcom JUDr. Petrom Pospechom, v právnej veci navrhovateľa: P. C., F. A. B.. XX, XXXXX N., B. T. N., proti odporkyni: Sociálna poisťovňa - ústredie Bratislava, Ul. 29. augusta 8, Bratislava, v spore o invalidný dôchodok, takto r o z h o d o l : Súd napadnuté rozhodnutia odporkyne č. XXX 510 2560 zo dňa 22.02.2010 p o t v r d z u j e. Navrhovateľovi súd náhradu trov konania n e p r i z n á v a. o d ô v o d n e n i e : Napadnutým rozhodnutím č. XXX 510 2560 zo dňa 22.02.2010 bol navrhovateľovi podľa § 40 a § 112 ods. 2 a 6 zákona č. 461/2003 Z.z. o sociálnom poistení v znení neskorších predpisov a podľa č. 38 nariadenia Rady EHS č. 1408/71 o uplatňovaní systémov sociálneho zabezpečenia na zamestnané osoby, samostatne zárobkovo činné osoby a členov ich rodín, ktoré sa pohybujú v rámci spoločenstva odňatý invalidný dôchodok od 01.04.2010 pretože podľa posudku posudkového lekára sociálneho poistenia - pobočky Sociálnej poisťovne v Bratislave zo dňa 02.02.2010 navrhovateľ nie je invalidný podľa § 71 ods. 1 zákona č. 461/2003 Z.z. v znení neskorších predpisov, nakoľko miera poklesu schopnosti vykonávať zárobkovú činnosť je 20%. Navrhovateľ včas podaným opravným prostriedkom napadol správnosť uvedeného rozhodnutia, pričom poukázal na svoj nepriaznivý zdravotný stav. Krajský súd v Bratislave ako súd vecne a miestne príslušný na konanie podľa tretej hlavy piatej časti O.s.p. preskúmal napadnuté rozhodnutie v rozsahu dôvodov, ktoré navrhovateľ uviedol vo svojom opravnom prostriedku podľa § 244 O.s.p. a zistil, že podaný opravný prostriedok nie je dôvodný. Z vykonaného dokazovania správneho orgánu, ako i z obsahu spisu zistil nasledovný skutkový stav. Na základe opravného prostriedku bolo doplnené dokazovanie a zdravotný stav navrhovateľa bol opätovne posúdený posudkovým lekárom Sociálnej poisťovne v Bratislave a posudkovým lekárom sociálneho poistenia Sociálnej poisťovne - ústredie v Bratislave dňa 08.07.2010. Posudkoví lekári dospeli k zhodnému záveru, že navrhovateľ nie je invalidný podľa § 71 ods. 1 zákona a miera poklesu schopnosti vykonávať zárobkovú činnosť aj naďalej 20%. Podľa § 71 ods. 1 zákona č. 461/2003 Z.z. o sociálnom poistení v znení neskorších predpisov poistenec je invalidný ak pre dlhodobo nepriaznivý zdravotný stav má pokles schopnosti zárobkovej činnosti o viac ako 40 % v porovnaní so zdravou fyzickou osobou. Vzhľadom k tomu, že navrhovateľ nepredložil lekárske správy, ktoré by preukazovali a boli posúdené posudkovým lekárom ako zhoršenie zdravotného stavu, súd vychádzal z lekárskych posudkov posudkových lekárov Sociálnej poisťovne - pobočky zo dňa 01.06.2010 a posudkov posudkového lekára Sociálnej poisťovne - ústredie v Bratislave, ktorí dospeli k zhodnému záveru, že navrhovateľ nie je naďalej invalidný podľa § 71 ods. 1 zákona č. 461/2003 Z.z. a miera poklesu schopnosti vykonávať zárobkovú činnosť je i naďalej 20%. Z uvedených dôvodov konajúci súd považuje napadnuté rozhodnutie č. XXXXXXX 510 zo dňa 22.2.2010 za vecne správne, zrozumiteľné a v dostatočnom rozsahu odôvodnenia preto ho potvrdil podľa § 250q ods. 2 O.s.p. Výrok o trovách konania konajúci súd oprel o neúspešnosť navrhovateľa v spore, ktorému náklady konania nepriznal, nakoľko si ich ani neuplatnil. Svoje rozhodnutie o trovách konania súd oprel o § 250k ods. 1 O.s.p. Poučenie: Proti tomuto rozhodnutiu je možné podať odvolanie do 15 dní od jeho doručenia na Krajský súd v Bratislave, písomne, dvojmo. V odvolaní sa má popri všeobecných náležitostiach (§ 42 ods. 3 O.s.p.) uviesť, voči ktorému rozhodnutiu odvolanie smeruje, v akom rozsahu ho napáda a v čom navrhovateľ vidí nesprávnosť postupu a rozhodnutia súdu.</w:t>
      </w:r>
    </w:p>
    <w:p/>
    <w:p>
      <w:r>
        <w:t>Zdroj: KAUZIS.SK – https://www.kauzis.sk/judikatura/r/ECLI:SK:KSBA:2011:1010201303.2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