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4S/262/2010 z 24. 11. 2011</w:t>
      </w:r>
    </w:p>
    <w:p>
      <w:r>
        <w:t>Rozsudok Krajského súdu Bratislava z 24. novembra 2011, sp. zn. 4S/262/2010, ECLI:SK:KSBA:2011:1010201499.2</w:t>
      </w:r>
    </w:p>
    <w:p>
      <w:r>
        <w:t>Súd: Krajský súd Bratislava</w:t>
      </w:r>
    </w:p>
    <w:p>
      <w:r>
        <w:t>Spisová značka: 4S/262/2010</w:t>
      </w:r>
    </w:p>
    <w:p>
      <w:r>
        <w:t>ECLI: ECLI:SK:KSBA:2011:1010201499.2</w:t>
      </w:r>
    </w:p>
    <w:p>
      <w:r>
        <w:t>Dátum vydania: 24. 11. 2011</w:t>
      </w:r>
    </w:p>
    <w:p>
      <w:r>
        <w:t>Forma: Rozsudok</w:t>
      </w:r>
    </w:p>
    <w:p>
      <w:r>
        <w:t>Oblasť práva: Správne právo</w:t>
      </w:r>
    </w:p>
    <w:p>
      <w:pPr>
        <w:pStyle w:val="Heading2"/>
      </w:pPr>
      <w:r>
        <w:t>Text rozhodnutia</w:t>
      </w:r>
    </w:p>
    <w:p>
      <w:r>
        <w:t>Súd: Krajský súd Bratislava Spisová značka: 4S/262/2010 Identifikačné číslo súdneho spisu: 1010201499 Dátum vydania rozhodnutia: 25. 11. 2011 Meno a priezvisko sudcu, VSÚ: JUDr. Judita Kokolevská ECLI: ECLI:SK:KSBA:2011:1010201499.2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 o preskúmanie zákonnosti rozhodnutia žalovaného sp.zn. č. 7244/2010-7.2/41/2010-rozkl./ zo dňa 22.6.2010 v spojení s prvostupňovým rozhodnutím žalovaného č. 2539/2010-2.1 zo dňa 21.4.2010, takto r o z h o d o l : Krajský súd v Bratislave rozhodnutie žalovaného sp.zn. č. 7244/2010-7.2/41/2010-rozkl./ zo dňa 22.6.2010 a rozhodnutie Ministerstva životného prostredia SR č. 2539/2010-2.1 zo dňa 21.4.2010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13.8.2010 sa žalobca domáhal preskúmania zákonnosti rozhodnutia žalovaného sp.zn. č. 7244/2010-7.2/41/2010-rozkl./ zo dňa 22.6.2010, ktorým žalovaný rozklad žalobcu zamietol podľa § 61 ods. 2 a 3 a § 59 ods. 2 zákona č. 71/1967 Zb. o správnom konaní a potvrdil rozhodnutie prvostupňového správneho orgánu č. 2539/2010-2.1 zo dňa 21.4.2010. Uvedeným rozhodnutím sa žalobcovi nepriznalo postavenie účastníka konania vo veci žiadosti VIA SLOVAKIA spol. s.r.o., Závodská cesta 10, 012 36 Žilina o povolenie výnimky z podmienok ochrany chráneného živočícha - medveďa hnedého podľa zákona č. 543/2002 Z.z. o ochrane prírody a krajiny v znení neskorších predpisov.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24.9.2010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21.12.2009 oznámil svoju účasť v konaní v postavení zúčastnenej osoby. Následne ho listom zo dňa 30.3.2010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16.12.2009 bola žalovanému doručená žiadosť o povolenie výnimky z podmienok ochrany chráneného živočícha medveďa hnedého v rámci regulačného lovu. Písomným upovedomením zo dňa 17.12.2009 žalovaný upovedomil žalobcu o začatí konania v súlade s § 82 ods. 7 zákona č. 543/2002 Z.z.. Žalobca listom doručeným žalovanému prvostupňovému správnemu orgánu dňa 23.12.2009 oznámil svoju účasť v konaní. Žalovaný listom zo dňa 18.3.2010 oboznámil žalobcu s podkladmi rozhodnutia č. 2539/2010-2.1. Žalobca svojim listom zo dňa 30.3.2010 sa dožadoval postavenia účastníka konania a vyjadril nesúhlasné stanovisko k udeleniu výnimky z podmienok ochrany chráneného živočícha medveďa hnedého. Žalovaný vo svojom rozhodnutí č. 2539/2010-2.1 zo dňa 21.4.2010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sp.zn. č. 7244/2010-7.2/41/2010-rozkl./ zo dňa 22.6.2010 zamietol rozklad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7.9.2010: - prevzatie a príprava zastupovania zo dňa 5.8.2010: 120,23 € + 7,21 € režijný paušál + 19% DPH - žaloba zo dňa 11.8.2010: 120,23 € + 7,21 € režijný paušál + 19% DPH - návrh na prerušenie konania zo dňa 11.8.2010: 60,12 € (1 z 1/6 výpočtového základu) + 7,21 € režijný paušál + 19 % DPH Súd nepriznal náhradu za podanie urobené elektronickými prostriedkami v sume 1,5 eur, pretože sa jedná o náklady spadajúce pod paušálne výdavky podľa § 16 ods. 3 vyhlášky, prislúchajúce úkonu, za ktoré bola priznaná náhrada za úkony. Ďalej súd nepriznal náhradu trov konania za podanie dňa 2.5.2011 (návrh na pokračovanie v konaní) z dôvodu, že súd aj bez návrhu pokračuje v konaní, ak odpadla prekážka, pre ktorú bolo konanie prerušené a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V.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https://www.kauzis.sk/judikatura/r/ECLI:SK:KSBA:2011:1010201499.2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