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4S/295/2010 z 8. 12. 2011</w:t>
      </w:r>
    </w:p>
    <w:p>
      <w:r>
        <w:t>Rozhodnutie Krajského súdu Bratislava z 8. decembra 2011, sp. zn. 4S/295/2010, ECLI:SK:KSBA:2011:1010201678.2</w:t>
      </w:r>
    </w:p>
    <w:p>
      <w:r>
        <w:t>Súd: Krajský súd Bratislava</w:t>
      </w:r>
    </w:p>
    <w:p>
      <w:r>
        <w:t>Spisová značka: 4S/295/2010</w:t>
      </w:r>
    </w:p>
    <w:p>
      <w:r>
        <w:t>ECLI: ECLI:SK:KSBA:2011:1010201678.2</w:t>
      </w:r>
    </w:p>
    <w:p>
      <w:r>
        <w:t>Dátum vydania: 8. 12. 2011</w:t>
      </w:r>
    </w:p>
    <w:p>
      <w:r>
        <w:t>Forma: Rozhodnutie</w:t>
      </w:r>
    </w:p>
    <w:p>
      <w:r>
        <w:t>Oblasť práva: Správne právo</w:t>
      </w:r>
    </w:p>
    <w:p>
      <w:pPr>
        <w:pStyle w:val="Heading2"/>
      </w:pPr>
      <w:r>
        <w:t>Text rozhodnutia</w:t>
      </w:r>
    </w:p>
    <w:p>
      <w:r>
        <w:t>Súd: Krajský súd Bratislava Spisová značka: 4S/295/2010 Identifikačné číslo súdneho spisu: 1010201678 Dátum vydania rozhodnutia: 09. 12. 2011 Meno a priezvisko sudcu, VSÚ: JUDr. Soňa Langová ECLI: ECLI:SK:KSBA:2011:1010201678.2 Rozhodnutie Krajský súd v Bratislave v senáte zloženom z predsedu senátu JUDr. Soni Langovej a členov senátu JUDr. Judity Kokolevskej a JUDr. Viery Šebestovej,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sp.zn. 8449/2010-2.1.2/GP zo dňa 20.7.2010 v spojení s prvostupňovým rozhodnutím Krajského úradu životného prostredia v Banskej Bystrici č. 2010/00700-Pr zo dňa 9.6.2010, takto r o z h o d o l : Krajský súd v Bratislave rozhodnutie žalovaného sp.zn. 8449/2010-2.1.2/GP zo dňa 20.7.2010 ako i prvostupňové rozhodnutie Krajského úradu životného prostredia v Banskej Bystrici č. 2010/00700-Pr zo dňa 9.6.2010 z r u š u j e podľa ust. § 250j ods. 2 písm. a) Občianskeho súdneho poriadku a vec v r a c i a žalovanému na ďalšie konanie. Žalovaný je p o v i n n ý do 30 dní od právoplatnosti tohto rozsudku zaplatiť žalobcovi trovy konania v sume 303,30 € na účet jeho právnej zástupkyne. o d ô v o d n e n i e : Žalobou doručenou tunajšiemu súdu v zákonom určenej lehote sa žalobca domáhal preskúmania zákonnosti rozhodnutia žalovaného sp.zn. 8449/2010-2.1.2/GP zo dňa 20.7.2010, ktorým zamietol odvolanie žalobcu a potvrdil prvostupňové rozhodnutie Krajského úradu životného prostredia v Banskej Bystrici č. 2010/00700-Pr zo dňa 9.6.2010. Správny orgán svojim prvostupňovým rozhodnutím nepriznal žalobcovi postavenie účastníka konania vo veci žiadosti Lesov SR, š.p., Odštepný závod Kriváň, Kriváň o povolenie výnimky zo zákazov podľa § 16 ods. 1 písm. g) a § 15 ods. 1 písm. d) zákona o ochrane prírody a krajiny v znení neskorších predpisov.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6.3.2006,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č. 3Sž39/2003 a 1So 98/2004. Podľa jeho názoru, dohovor vo svojom čl. č.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vyjadrení k žalobe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oznámil žalobcovi začatie konania vo veci žiadateľa. Žalobca mu oznámil svoju účasť v konaní v postavení zúčastnenej osoby. Následne ho listom žalobca žiadal o priznanie postavenia účastníka konania. Správny orgán skúmal procesné postavenie žalobcu podľa § 81 ods. 1 a 2 zákona o ochrane prírody ako i § 14 správneho poriadku. Poukázal na judikát NSSČR č. 3 Ao 2/2007-42 podľa ktorého dohoda nie je priamo použiteľná a nedá sa uplatniť zásada jej prednosti pred zákonmi. V zmysle rozhodnutí NSSS č. Sž-o-NS 114/03 a 7 Sž 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15a ods. 1 a 2, 23 ods. 1, 31 ods. 1 a 2,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1a 2 O.s.p. preskúmal napadnuté rozhodnutie v rozsahu dôvodov uvedených v žalobe (§ 249 ods. 2 O.s.p.), ako aj konanie, ktoré mu predchádzalo a dospel k rozhodnutiu jednomyseľne schválenému všetkými členmi senátu. Z obsahu administratívneho spisu žalovaného súd zistil, že dňa 28.4.2010 bola prvostupňovému správnemu orgánu doručená žiadosť Lesov SR, š.p., Odštepný závod Kriváň, Kriváň o povolenie výnimky zo zákazov podľa § 16 ods. 1 písm. a), g) a § 15 ods. 1 písm. d) zákona o ochrane prírody, za účelom aplikácie chemických látok (feromónové lapače hmyzu), odchyt a zničenie lykožrúta v určenom priestore s 5. stupňom ochrany. Listom zo dňa 3.5.2010 informoval správny orgán žalobcu o začatí správneho konania o predmetnej výnimke. Žalobca listom doručeným žalovanému dňa 12.5.2010 oznámil svoju účasť v konaní. Listom zo dňa 17.5.2010 správny orgán poskytol žalobcovi informácie o postupe v povoľovacom procese a žiadal ho, aby sa k podkladom na rozhodnutie v určenej lehote vyjadril. Žalobca sa vyjadril k predmetu konania a následne žiadal, aby mu bolo v konaní priznané postavenie účastníka konania s tým, že sa zároveň vyjadril k návrhu na povolenie výnimky a vyjadril svoj nesúhlas s navrhovanou činnosťou, resp. žiadal konanie prerušiť. Svoje stanovisko aj odôvodnil. Rozhodnutím č. 2010/00700-Pr zo dňa 9.6.2010 prvostupňový správny orgán v predmetnej správnej veci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poukázal na svoj názor prezentovaný vo vyššie popísanom vyjadrení k žalobe. Žalobca podal voči predmetnému rozhodnutiu v zákonom určenej lehote odvolanie, v ktorom uvádzal námietky opakujúce sa aj v podanej žalobe. Žalovaný následne rozhodnutím sp. zn. 8449/2010-2.1.2/GP zo dňa 20.7.2010 odvolanie žalobcu voči rozhodnutiu, ktorým mu nebolo priznané postavenie účastníka konania zamietol a prvostupňové rozhodnutie potvrdil. Vzhľadom na okolnosť, že žalobca podal množstvo žalôb na súdy Slovenskej republiky v ktorých sa domáhal prístupu do konaní týkajúcich sa životného prostredia ako účastník konania (t.j. v obdobných veciach), uznesením sp. zn. 5Sžp 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SR v rozsudkoch týkajúcich sa obdobných vecí, základná otázka, ktorá bola v prebiehajúcom konaní pred Najvyšším súdom SR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SR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SR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SR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SR bolo nepochybné, že ciele Aarhuského dohovoru sú predovšetkým definované v jeho preambule (kde, 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Bratislava v danom prípade poukazuje a v zmysle ktorého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SR prezentovaného v rozhodnutí o obdobnej veci napadnuté rozhodnutie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za dva úkony (prevzatie a príprava zastupovania, žaloba vrátane návrhu na prerušenie konania) podľa § 14 ods. 1 po 120,23 €, z výpočtového základu prislúchajúceho úkonom vykonaným po 1.6.2009 podľa § 11 ods. 4, prvá veta vyhlášky, realizované v roku 2009 vo výške 1/6 výpočtového základu. Ďalej súd priznal žalobcovi 2 x 7,21 € paušálnu náhradu podľa § 16 ods. 3 vyhlášky a 19% DPH podľa § 18 ods. 3 vyhlášky prislúchajúcu odmene a náhradám. Trovy žalobcu súčtom uvedených položiek predstavujú čiastku 303,30 €, ktoré žalobca zaplatí na účet právnej zástupkyne žalobcu. Súd nepriznal žalobcovi náhradu za úkon: jeden 1 úkon ( návrh na prerušenie konania zo dňa 9.9.2010), pretože tento návrh bol súčasťou podanej žaloby v čase, kedy už bolo známe, že bola odvolacím súdom položená prejudiciálna otázka v skutkovo totožnej veci podľa § 109 ods. o, písm. c) O.s.p. a súd by preto aj bez návrhu prerušil konanie, Podľa názoru súdu tieto úkony teda neboli zástupkyňou žalobcu účelne vynaložené. Súd nepriznal ani náhradu za podania urobené elektronickými prostriedkami v sume 1,5 €, pretože sa jedná o náklady spadajúce pod paušálne výdavky podľa § 16 ods. 3 vyhlášky. Vzhľadom na žiadosť žalovaného o predĺženie lehoty na plnenie trov konania pre prípad neúspechu v konaní zo dňa 3.11.2011, súd žiadosti vyhovel a určil lehotu na zaplatenie trov konania žalobcovi na 30 dní po nadobudnutí právoplatnosti rozsudku. Poučenie: Proti tomuto rozsudku je možné podať odvolanie prostredníctvom tunajšieho súdu na Najvyšší súd Slovenskej republiky do 15 dní odo dňa jeho doručenia. Odvolanie musí spĺňať náležitosti podľa ust. § 205 O.s.p.</w:t>
      </w:r>
    </w:p>
    <w:p/>
    <w:p>
      <w:r>
        <w:t>Zdroj: KAUZIS.SK – https://www.kauzis.sk/judikatura/r/ECLI:SK:KSBA:2011:1010201678.2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