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5Sd/81/2010 z 3. 11. 2011</w:t>
      </w:r>
    </w:p>
    <w:p>
      <w:r>
        <w:t>Uznesenie Krajského súdu Bratislava z 3. novembra 2011, sp. zn. 5Sd/81/2010, ECLI:SK:KSBA:2011:1010201710.1</w:t>
      </w:r>
    </w:p>
    <w:p>
      <w:r>
        <w:t>Súd: Krajský súd Bratislava</w:t>
      </w:r>
    </w:p>
    <w:p>
      <w:r>
        <w:t>Spisová značka: 5Sd/81/2010</w:t>
      </w:r>
    </w:p>
    <w:p>
      <w:r>
        <w:t>ECLI: ECLI:SK:KSBA:2011:1010201710.1</w:t>
      </w:r>
    </w:p>
    <w:p>
      <w:r>
        <w:t>Dátum vydania: 3.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5Sd/81/2010 Identifikačné číslo súdneho spisu: 1010201710 Dátum vydania rozhodnutia: 04. 11. 2011 Meno a priezvisko sudcu, VSÚ: JUDr. Milota Tóthová ECLI: ECLI:SK:KSBA:2011:1010201710.1 Uznesenie Krajský súd v Bratislave v právnej veci navrhovateľa G.. P. Q., bytom H. XXX/X, D., proti odporkyni Sociálnej poisťovni ústredie, Ul. 29. augusta č. 8, Bratislava, o starobný dôchodok, takto r o z h o d o l : Súd konanie z a s t a v u j e. Žiaden z účastníkov n e m á p r á v o na náhradu trov konania. o d ô v o d n e n i e : Navrhovateľ svojím návrhom zo dňa 6.7.2010 žiadal preskúmať rozhodnutie odporkyne číslo XXX XXX XXXX 0 zo dňa 4.6.2010, ktorým odporkyňa zamietla žiadosť o starobný dôchodok ku dňu 5. mája 2007 z dôvod nesplnenia podmienok uvedených v § 65 a § 274 zákona č. 461/25003 Z.z. o sociálnom poistení a § 21 a § 174 zákona č. 100/19888 Zb. o sociálnom zabezpečení v znení neskorších predpisov. Písomným prehlásením došlým súdu dňa 3.10.2011 navrhovateľ vzal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 o ž n é podať odvolanie do 15 dní odo dňa jeho doručenia na Krajskom súde v Bratislave.</w:t>
      </w:r>
    </w:p>
    <w:p/>
    <w:p>
      <w:r>
        <w:t>Zdroj: KAUZIS.SK – https://www.kauzis.sk/judikatura/r/ECLI:SK:KSBA:2011:1010201710.1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