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4S/303/2010 z 27. 10. 2011</w:t>
      </w:r>
    </w:p>
    <w:p>
      <w:r>
        <w:t>Rozhodnutie Krajského súdu Bratislava z 27. októbra 2011, sp. zn. 4S/303/2010, ECLI:SK:KSBA:2011:1010201742.1</w:t>
      </w:r>
    </w:p>
    <w:p>
      <w:r>
        <w:t>Súd: Krajský súd Bratislava</w:t>
      </w:r>
    </w:p>
    <w:p>
      <w:r>
        <w:t>Spisová značka: 4S/303/2010</w:t>
      </w:r>
    </w:p>
    <w:p>
      <w:r>
        <w:t>ECLI: ECLI:SK:KSBA:2011:1010201742.1</w:t>
      </w:r>
    </w:p>
    <w:p>
      <w:r>
        <w:t>Dátum vydania: 27. 10. 2011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4S/303/2010 Identifikačné číslo súdneho spisu: 1010201742 Dátum vydania rozhodnutia: 28. 10. 2011 Meno a priezvisko sudcu, VSÚ: JUDr. Judita Kokolevská ECLI: ECLI:SK:KSBA:2011:1010201742.1 Rozhodnutie Krajský súd v Bratislave v právnej veci žalobcu: Q. S., O. XX, XXX XX O. - V., právne zastúpený: JUDr. Milan Ficek, AK, Žilinská č. 14, 811 05 Bratislava proti žalovanému: Slovenská republika - Daňový úrad Bratislava V., Ševčenkova 32, 852 05 Bratislava o preskúmanie zákonnosti rozhodnutia žalovaného č. 604/232/97384/09/Hlav zo dňa 31.07.2010, takto r o z h o d o l : Krajský súd v Bratislave konanie z a s t a v u j e . Žiaden z účastníkov nemá právo na náhradu trov konania. o d ô v o d n e n i e : Návrhom doručeným dňa 29.09.2010 sa navrhovateľ domáhal preskúmania zákonnosti rozhodnutia žalovaného č. 604/232/97384/09Hlav zo dňa 31.07.2010. Podaním zo dňa 27.07.2011 vzal pred prejednávaním veci žalobu späť. Podľa § 246c, veta prvá a druhá OSP, pre riešenie otázok, ktoré nie sú priamo upravené v tejto časti, sa použijú primerane ustanovenia prvej, tretej a štvrtej časti tohto zákona. Opravný prostriedok je prípustný, len ak je to ustanovené v tejto časti. Podľa § 250h ods. 2 OSP, až do rozhodnutia súdu môže žalobca vziať žalobu späť, ak žalovanému medzitým vznikli trovy konania, rozhodne súd o ich náhrade. S poukazom na vyššie uvedené a citované zákonné ustanovenia, je zrejmé, že navrhovateľ využil svoje dispozičné právo s návrhom na začatie súdneho konania a tento vzal účinne späť. Z tohto dôvodu súd rozhodol tak, ako je uvedené vo výroku tohto uznesenia. O náhrade trov konania súd rozhodol podľa ustanovenia § 146 ods. 1 písm. c) OSP, podľa ktorého žiaden z účastníkov nemá právo na úhradu trov konania podľa výseku, ak konanie bolo zastavené. Žalobca si trovy konania nevyčíslil a žalovanému na ne nárok nevznikol. O vrátení súdneho poplatku za žalobu súd nerozhodol, keďže tento v tomto konaní doteraz uhradený nebol. Toto rozhodnutie senát Krajského súdu v Bratislave prijal pomerom hlasom 3 : 0 (§ 3 ods. 9 zákona č. 757/2004 Z.z.). Poučenie: Proti tomuto uzneseniu je možné podať odvolanie so 15 dní odo dňa jeho doručenia na Krajský súd v Bratislave, písomne v dvoch vyhotoveniach. V odvolaní sa má proti všeobecným náležitostiam /§42 ods. 3 OSP/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https://www.kauzis.sk/judikatura/r/ECLI:SK:KSBA:2011:1010201742.1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