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2S/317/2010 z 8. 11. 2011</w:t>
      </w:r>
    </w:p>
    <w:p>
      <w:r>
        <w:t>Uznesenie Krajského súdu Bratislava z 8. novembra 2011, sp. zn. 2S/317/2010, ECLI:SK:KSBA:2011:1010201753.3</w:t>
      </w:r>
    </w:p>
    <w:p>
      <w:r>
        <w:t>Súd: Krajský súd Bratislava</w:t>
      </w:r>
    </w:p>
    <w:p>
      <w:r>
        <w:t>Spisová značka: 2S/317/2010</w:t>
      </w:r>
    </w:p>
    <w:p>
      <w:r>
        <w:t>ECLI: ECLI:SK:KSBA:2011:1010201753.3</w:t>
      </w:r>
    </w:p>
    <w:p>
      <w:r>
        <w:t>Dátum vydania: 8.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2S/317/2010 Identifikačné číslo súdneho spisu: 1010201753 Dátum vydania rozhodnutia: 09. 11. 2011 Meno a priezvisko sudcu, VSÚ: Mgr. Viliam Pohančeník ECLI: ECLI:SK:KSBA:2011:1010201753.3 Uznesenie Krajský súd v Bratislave v právnej veci žalobcu: Pospíšil &amp; Partners, k.s., so sídlom Šoltésovej 20, Bratislava, správca konkurznej podstaty úpadcu MARSI, s.r.o., Staré Grunty 56, Bratislava, IČO: 35 947 306, proti žalovanému: Daňové riaditeľstvo Slovenskej republiky, Nová ulica č. 13, Banská Bystrica, o preskúmanie zákonnosti rozhodnutia č. I/221/8574-78213/2010/991909-r zo dňa 22.07.2010, jednohlasne, takto r o z h o d o l : Krajský súd v Bratislave konanie z a s t a v u j e . Žiaden z účastníkov nemá právo na náhradu trov konania. o d ô v o d n e n i e : Žalobou podanou na Krajskom súde v Bratislave dňa 30.09.2010 sa žalobca domáhal preskúmania zákonnosti rozhodnutia žalovaného č. I/221/8574-78213/2010/991909-r zo dňa 22.07.2010, ktorým na odvolanie žalobcu potvrdil dodatočný platobný výmer Daňového úradu Bratislava IV č. 603/230/18498/2010/Čech zo dňa 05.03.2010, ktorým bol žalobcovi vyrubený rozdiel DPH za október 2008 v sume 345.230,69 eur. V priebehu konania bol na majetok dlžníka MARSI, s.r.o. vyhlásený konkurz (sp. zn. 4K 83/2010). Na dopyt súdu správca konkurznej podstaty podaním zo dňa 26.09.2011 oznámil, že uznal prihlásenú pohľadávku žalovaného v celom rozsahu ako oprávnenú a preto považuje konanie za bezpredmetné, t.j. vzal žalobu späť. Podľa § 250h ods. 2 O.s.p. až do rozhodnutia súdu môže žalobca vziať žalobu späť; ak žalovanému medzitým vznikli trovy konania, rozhodne súd o ich náhrade. Podľa § 250d ods. 3 O.s.p. súd uznesením konanie zastaví aj vtedy, ak žaloba bola vzatá späť (§ 250h ods. 2 O.s.p.). Nakoľko žalobca vzal späť žalobu pred rozhodnutím veci, súd v súlade s § 250d ods. 3 O.s.p. konanie zastavil. O náhrade trov konania súd rozhodol podľa § 146 ods. 1 písm. c) O.s.p. s použitím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https://www.kauzis.sk/judikatura/r/ECLI:SK:KSBA:2011:1010201753.3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