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8Scud/43/2010 z 10. 11. 2011</w:t>
      </w:r>
    </w:p>
    <w:p>
      <w:r>
        <w:t>Uznesenie Krajského súdu Bratislava z 10. novembra 2011, sp. zn. 8Scud/43/2010, ECLI:SK:KSBA:2011:1010202116.1</w:t>
      </w:r>
    </w:p>
    <w:p>
      <w:r>
        <w:t>Súd: Krajský súd Bratislava</w:t>
      </w:r>
    </w:p>
    <w:p>
      <w:r>
        <w:t>Spisová značka: 8Scud/43/2010</w:t>
      </w:r>
    </w:p>
    <w:p>
      <w:r>
        <w:t>ECLI: ECLI:SK:KSBA:2011:1010202116.1</w:t>
      </w:r>
    </w:p>
    <w:p>
      <w:r>
        <w:t>Dátum vydania: 10. 11. 2011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8Scud/43/2010 Identifikačné číslo súdneho spisu: 1010202116 Dátum vydania rozhodnutia: 11. 11. 2011 Meno a priezvisko sudcu, VSÚ: JUDr. Peter Pospech ECLI: ECLI:SK:KSBA:2011:1010202116.1 Uznesenie Krajský súd v Bratislave v právnej veci navrhovateľky: S. H., bytom G. XXX, XXX XX H. W. E., Č. V., proti odporkyni: Sociálna poisťovňa - ústredie. Ul. 29. augusta č. 8, Bratislava, v predčasný starobný dôchodok, takto r o z h o d o l : Súd konanie z a s t a v u j e . Žiaden z účastníkov n e m á právo na náhradu trov konania. o d ô v o d n e n i e : Navrhovateľka svojim návrhom zo dňa 04.10.2010 žiadala preskúmať rozhodnutie odporkyne číslo XXXXXXX 113 X zo dňa 24.8.2010, ktorým odporkyňa zamietla žiadosť o predčasný starobný dôchodok. Písomným prehlásením došlým súdu dňa 26.10.2011 navrhovateľka vzala späť návrh v celom rozsahu a žiadala konania zastaviť. Odporkyňa nemala námietky k zastaveniu konania. Súd podľa § 250d ods. 3 v spojení s § 250h ods. 2 a § 250l ods. 2 O.s.p. konanie zastavil. O trovách konania súd rozhodol podľa § 246c a §146 ods. 1 písm. c) O.s.p. Poučenie: Proti tomuto rozsudku je možné podať odvolanie v lehote 15 dní od jeho doručenia na Krajský súd v Bratislave</w:t>
      </w:r>
    </w:p>
    <w:p/>
    <w:p>
      <w:r>
        <w:t>Zdroj: KAUZIS.SK – https://www.kauzis.sk/judikatura/r/ECLI:SK:KSBA:2011:1010202116.1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