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1S/301/2010 z 25. 10. 2011</w:t>
      </w:r>
    </w:p>
    <w:p>
      <w:r>
        <w:t>Rozhodnutie Krajského súdu Bratislava z 25. októbra 2011, sp. zn. 1S/301/2010, ECLI:SK:KSBA:2011:1010202252.3</w:t>
      </w:r>
    </w:p>
    <w:p>
      <w:r>
        <w:t>Súd: Krajský súd Bratislava</w:t>
      </w:r>
    </w:p>
    <w:p>
      <w:r>
        <w:t>Spisová značka: 1S/301/2010</w:t>
      </w:r>
    </w:p>
    <w:p>
      <w:r>
        <w:t>ECLI: ECLI:SK:KSBA:2011:1010202252.3</w:t>
      </w:r>
    </w:p>
    <w:p>
      <w:r>
        <w:t>Dátum vydania: 25. 10. 2011</w:t>
      </w:r>
    </w:p>
    <w:p>
      <w:r>
        <w:t>Forma: Rozhodnutie</w:t>
      </w:r>
    </w:p>
    <w:p>
      <w:r>
        <w:t>Oblasť práva: Správne právo</w:t>
      </w:r>
    </w:p>
    <w:p>
      <w:pPr>
        <w:pStyle w:val="Heading2"/>
      </w:pPr>
      <w:r>
        <w:t>Text rozhodnutia</w:t>
      </w:r>
    </w:p>
    <w:p>
      <w:r>
        <w:t>Súd: Krajský súd Bratislava Spisová značka: 1S/301/2010 Identifikačné číslo súdneho spisu: 1010202252 Dátum vydania rozhodnutia: 26. 10. 2011 Meno a priezvisko sudcu, VSÚ: JUDr. Nora Puchelová ECLI: ECLI:SK:KSBA:2011:1010202252.3</w:t>
      </w:r>
    </w:p>
    <w:p>
      <w:r>
        <w:t>Rozhodnutie Krajský súd v Bratislave v právnej veci navrhovateľa: SD - spoločnosť, s.r.o., Bardošova 20, 831 01 Bratislava, IČO: 31 390 927, zastúpeného advokátom Mgr. Michal Řehák, Advokátska kancelária Řehák &amp; Tisoň, Potočná 15, 909 01 Skalica proti odporcovi: Daňový úrad pre vybrané daňové subjekty, Radlinského 37, 817 73 Bratislava, o preskúmanie nečinnosti orgánu verejnej správy, takto</w:t>
      </w:r>
    </w:p>
    <w:p>
      <w:r>
        <w:t>r o z h o d o l :</w:t>
      </w:r>
    </w:p>
    <w:p>
      <w:r>
        <w:t>Krajský súd v Bratislave návrh z a m i e t a.</w:t>
      </w:r>
    </w:p>
    <w:p>
      <w:r>
        <w:t>Navrhovateľovi sa nepriznáva právo na náhradu trov konania.</w:t>
      </w:r>
    </w:p>
    <w:p>
      <w:r>
        <w:t>o d ô v o d n e n i e :</w:t>
      </w:r>
    </w:p>
    <w:p>
      <w:r>
        <w:t>Návrhom doručeným tunajšiemu súdu dňa 23.12.2010 sa navrhovateľ domáhal vydania rozhodnutia, ktorým by súd uložil odporcovi povinnosť konať vo veci kontroly na zistenie oprávnenosti nároku na vrátenie nadmerného odpočtu dane z pridanej hodnoty za zdaňovacie obdobie september 2009, začatej upovedomením č. 500/322/3616/10/Zat zo dňa 15.2.2010 a vyhotoviť protokol o výsledku zistenia tejto kontroly v lehote do 10 dní od právoplatnosti uznesenia.</w:t>
      </w:r>
    </w:p>
    <w:p>
      <w:r>
        <w:t>V odôvodnení svojho návrhu navrhovateľ uviedol, že upovedomením č. 500/322/3616/10/Zat zo dňa 15.2.2010 začal odporca 20.2.2010 u navrhovateľa kontrolu na zistenie oprávnenosti nároku na vrátenie nadmerného odpočtu dane z pridanej hodnoty za zdaňovacie obdobie november 2010. Poukazuje, že odporca je dlhodobo nečinný a dňa 29.10.2010 vydal rozhodnutie č. 500/322/25520/10/Zat, ktorým predmetnú daňovú kontrolu prerušil. Predmetná daňová kontrola mala byť ukončená 20.2.2011. Navrhovateľ je však názoru, že daňovú kontrolu nemožno prerušiť, lebo daňová kontrola sa od daňového konania líši predovšetkým v tom, že výsledkom daňovej kontroly nie je nikdy vydanie rozhodnutia. Zastavenie konania, prerušenie konania, rozhodnutie, lehoty na rozhodnutie a opatrenia proti nečinnosti výslovne upravujú iba vydávanie rozhodnutí a z ust. § 25a zákona č. 511/1992 Zb. o správe daní a poplatkov a o zmenách v sústave územných finančných orgánov v znení neskorších predpisov (ďalej len zákon č. 511/1992 Zb.) vyplýva, že daňové konanie možno podľa ods. 1 prerušiť v dvoch prípadoch, a podľa ods. 2 iba v jedinom prípade. Čiže podľa ods. 1 dôvodom na prerušenie kontroly je prebiehajúce konanie o predbežnej otázke a prebiehajúce konanie o inej rozhodujúcej skutočnosti. Ods. 2 pripúšťa predĺženie prerušenia, zásadne trvajúceho najviac 30 dní, ktoré bolo zhodne navrhnuté účastníkmi iba v dvoch prípadoch, ktoré sú zhodné s tými, ktoré sú výslovne uvedené v ods. 1. Rozhodnutie o prerušení daňovej kontroly je odôvodnené podaním žiadosti o medzinárodnú výmenu daňových informácií, týkajúcich sa dane z pridanej hodnoty, na ktoré správca dane neobdržal odpovede. Poukazuje, že podľa § 2 písm. a/ zákona č. 76/2007 Z.z. o medzinárodnej pomoci a spolupráci pri správe daní a o zmene a doplnení niektorých zákonov (ďalej len zákon č. 76/2007 Z.z.) na účely tohto zákona je medzinárodná pomoc a spolupráca pri správe daní, vzájomná výmena informácií a s tým súvisiaca vzájomná spolupráca, alebo iná vzájomná pomoc. Navrhovateľovi z uvedeného vyplýva, že podaním žiadosti správcu dane jeho nadriadenému orgánu, resp. príslušnému orgánu poverenému</w:t>
      </w:r>
    </w:p>
    <w:p>
      <w:r>
        <w:t>Ministerstvom financií SR nezačína žiadne správne konanie, a to ani podľa všeobecných predpisov, ani podľa osobitných. Výsledkom spolupráce je iba poskytnutie informácie (alebo odmietnutie poskytnutia informácie), nie však rozhodnutie, ktoré spôsobuje vznik, zmenu alebo zánik práv a povinností alebo ich existenciu osvedčuje. Výmenu informácií medzi príslušnými orgánmi členských štátov EÚ upravuje nariadenie rady (ES) č. 1798/2003 zo 07.10.2003 o administratívnej spolupráci v oblasti dane z pridanej hodnoty a ktoré zruší nariadenie (EHS) č. 218/1992 (čl. 5-11). Ani komunitárna úprava neustanovuje, že podaním žiadosti o informácie a o administratívne vyšetrenia začína akékoľvek administratívne konanie. Keďže o žiadosti o medzinárodnú výmenu daňových informácií sa nevedie žiadne konanie, nie je možné prerušiť daňové konanie/kontrolu z dôvodu, že sa začalo konanie o inej rozhodujúcej skutočnosti (§ 25a ods. 1 zákona č. 511/1992 Zb.). Je názoru, že podanie žiadosti o medzinárodnú výmenu daňových informácií nie je ani samostatným dôvodom pre prerušenie konania z podnetu správcu dane výslovne uvedeným v § 25a ods. 1 zákona č. 511/1992 Zb. Preto považuje rozhodnutie odporcu za nezákonné.</w:t>
      </w:r>
    </w:p>
    <w:p>
      <w:r>
        <w:t>Podľa čl. 8 Nariadenia rady (ES) č. 1798/2003 žiadaný orgán poskytuje informácie uvedené v čl. 5 a 7 tak rýchlo, ako je to len možné, najneskôr tri mesiace po dni prijatia žiadosti. Ak teda odporca požadované informácie neobdržal v uvedenej lehote, nasvedčuje to tomu, že svoje povinnosti buď porušili cudzie orgány alebo tomu, že príslušné žiadosti odporca odoslal neskoro. Je názoru, že ak cudzie orgány informácie neposkytnú (zostanú nečinné), znamená to, že odporca vyčkáva na neexistujúci dôkazný prostriedok, resp. na oznámenie neexistujúcej dôkaznej skutočnosti, prekážka, pre ktorú predmetnú daňovú kontrolu prerušil nikdy nepominie a predmetná daňová kontrola nikdy neskončí.</w:t>
      </w:r>
    </w:p>
    <w:p>
      <w:r>
        <w:t>Daňovou kontrolou na zistenie oprávnenosti nároku na vrátenie nadmerného odpočtu dane z pridanej hodnoty sa platiteľovi neurčuje daňová povinnosť, preto nie je daňovým konaním v zmysle § 1a písm. d/ zákona č. 511/1992 Zb., avšak s jej ukončením je bezprostredná povinnosť štátu vrátiť v zákonnej lehote nadmerný odpočet, je teda postupom správneho orgánu, ktorým je dotknutý právom chránený záujem navrhovateľa na jej ukončení a právo navrhovateľa pokojne užívať svoj majetok.</w:t>
      </w:r>
    </w:p>
    <w:p>
      <w:r>
        <w:t>Navrhovateľ poukazuje, že odporca vo veci predmetnej daňovej kontroly nečinný od 29.10.2010. Na žiadosť navrhovateľa o uskutočnenie ústneho pojednávania, kde navrhovateľ žiadal vykonať výsluch svedkov zo dňa 17.10.2010, odporca listom zo dňa 09.11.2010 odpovedá tak, že z dôvodu prerušenia kontroly sa nemôže ústne pojednávať, pojednávanie a navrhnuté dôvody neuskutočnil. Poukazuje, že daňová kontrola nebola ukončená, hoci sa tak malo stať do 07.12.2010.</w:t>
      </w:r>
    </w:p>
    <w:p>
      <w:r>
        <w:t>Odporca v písomnom vyjadrení k návrhu uviedol, že v súvislosti s vykonávanou kontrolou na zistenie oprávnenosti nároku na vrátenie nadmerného odpočtu správca dane formou dožiadaní (podľa § 16) preveruje reálnosť zdaniteľných obchodov so zameraním na pohyb tovaru (správca dane preveruje reťazec pohybu tovaru z krajiny pôvodu tovaru ku konečnému spotrebiteľovi), reálnosť prepravy tovaru a podmienok prepravy tovaru z dôvodu posúdenia miesta dodania tovaru v zmysle § 13 ods. 1 písm. a/, resp. písm. c/ zákona č. 511/1992 Zb. Správca dane zaslal dožiadania miestnym príslušným správcom dane, týkajúce sa obchodných partnerov kontrolovaného daňového subjektu (tuzemských dodávateľov tovaru, tuzemských odberateľov tovaru a prepravcov tovaru). Formou dožiadania správca dane podrobne preveruje skutočnosti týkajúce sa nákupu tovaru od tuzemských dodávateľov v celom jeho predchádzajúcom reťazci, ako i skutočnosti týkajúce sa následného predaja tovaru tuzemským odberateľom v celom jeho nasledujúcom reťazci smerom ku konečnému spotrebiteľovi tovaru (prevažne z tuzemska do iného členského štátu), nevyhnutné materiálne a personálne podmienky na vykonanie obchodnej činnosti, uskladnenie predmetného tovaru, ktorá osoba objednávky tovaru uvedeného na predmetných faktúrach vybavovala, kto prepravu tovaru vykonával, na koho účet bola preprava tovaru realizovaná, odkiaľ a kam viedla prepravná cesta, zároveň správca dane preveruje aj súvisiace doklady (prepravné doklady, faktúry za nákup tovaru, dodacie listy, objednávky, CMR, faktúry za prepravu a pod.), kde bol tovar vyložený a kde bol uskladnený a pod. Poukazuje, že dožiadanie v tuzemsku prijal v prevažnej miere len čiastočné odpovede z dôvodu, že dňa 23.02.2010 boli väčšine z dožadovaných daňových subjektov zadržané doklady Prezídiom Policajného zboru, Úradom boja proti korupcii, Odborom boja proti korupcii východ, Rastislavova 69, Košice, ďalej z dôvodu, že konateľka viacerých preverovaných spoločností bola vo vyšetrovacej väzbe, ako i z dôvodu, že konateľ jednej z preverovaných spoločnosti dlhodobo nespolupracoval s miestne príslušným správcom dane z dôvodu</w:t>
      </w:r>
    </w:p>
    <w:p>
      <w:r>
        <w:t>práceneschopnosti a v prípade ďalšieho preverovaného daňového subjektu z dôvodu úmrtia jedinej osoby, ktorá bola oprávnená konať za spoločnosť (predseda predstavenstva).</w:t>
      </w:r>
    </w:p>
    <w:p>
      <w:r>
        <w:t>Dňa 23.02.2010 boli aj kontrolovanému daňovému subjektu zaistené doklady políciou, ktoré ku dňu 15.02.2011 neboli daňovému subjektu vrátené. Nadväzne na túto skutočnosť Daňový úrad pre vybrané daňové subjekty zaslal žiadosť o súčinnosť Prezídiu PZ pri poskytnutí fotokópií všetkých dokladov vyhotovených k zdaňovaciemu obdobiu november 2010. Daňový úrad pre vybrané daňové subjekty prijal odpoveď na predmetnú žiadosť, z ktorej vyplynulo, že vzhľadom na prebiehajúce trestné konanie, ako aj na žiadosti ďalších subjektov, nie je možné predmetné doklady zapožičať. Dĺžka výkonu kontroly u daňového subjektu je podmienená rozsah preverovania skutočností rozhodujúcich pre správne určenie dane. V zmysle § 15 ods. 17 zákona č. 511/1992 Zb. správca dane ukončí daňovú kontrolu do šiestich mesiacov odo dňa jej začatia. Orgán najbližšie nadriadený správcovi dane môže lehotu v zložitých prípadoch pred jej uplynutím primerane predĺžiť, najviac však o šesť mesiacov. Daňové riaditeľstvo SR Banská Bystrica v zmysle § 15 ods. 17 zákona č. 511/1992 Zb. vyhovelo žiadosti správcu dane o predĺženie lehoty na výkon kontroly do 06.12.2010. Vzhľadom na to, že Daňový úrad pre vybrané daňové subjekty z celkového poštu 6 zaslaných žiadostí neprijal do dňa 27.09.2010 žiadnu odpoveď z príslušného členského štátu, 27.09.2010 vydal rozhodnutie o prerušení daňovej kontroly z dôvodu, že začalo konanie o inej skutočnosti rozhodujúcej na vydanie rozhodnutia, t.j. z dôvodu podania žiadosti o MVI, na ktoré správca dane neprijal odpovede (medzinárodná výmena informácií). Správca dane bude v kontrole pokračovať len čo pominú prekážky, pre ktoré sa kontrola prerušila. Počas prerušenia kontroly, lehoty podľa zákona neplynú, to znamená, že dňom doručenia predmetného rozhodnutia o prerušení kontroly správca dane v prerušenom konaní nemôže vykonávať žiadne úkony. Ku dňu 14.02.2011 správca dane prijal štyri konečné odpovede na zaslané žiadosti o MVI (z celkového počtu šesť), to znamená, že do dňa 14.02.2011 nepominuli prekážky, pre ktoré sa konanie prerušilo. V prípade, že ide o medzinárodné dožiadanie, je možné prerušiť výkon daňovej kontroly do dňa prijatia odpovede, obzvlášť, ak informácie z tejto MVI sú rozhodujúcou skutočnosťou pre správne určenie dane a pre vydanie rozhodnutia a bez tejto informácie nie je možné ukončiť daňovú kontrolu. Ďalej odporca poukazuje, že predmetné rozhodnutie o prerušení daňovej kontroly nebolo za nezákonné označené a ani pre svoju nezákonnosť zrušené a zmenené žiadnym orgánom na to príslušným, hodnotí ho len takto navrhovateľ vo svojom návrhu. Ďalej odporca poukazuje, že v poučení rozhodnutia o prerušení daňovej kontroly č. 500/322/25520/10/Zat zo dňa 29.10.2010 je uvedené, že proti rozhodnutiu o prerušení konanie nie je podľa § 25a ods. 3 zákona č. 511/1992 Zb. prípustné odvolanie. Proti rozhodnutiu správcu dane mal možnosť daňový subjekt uplatniť mimoriadne opravné prostriedky, ktorým je v zmysle § 53 podanie podnetu na preskúmanie rozhodnutia mimo odvolacieho konania. Navrhovateľ uvedenú možnosť nevyužil, a tým nevyčerpal všetky prostriedky, ktorých použitie umožňuje zákon o správe daní. Odporca má za to, že návrh je nedôvodný, pretože v konaní sa nepreukázalo nekonanie orgánu verejnej správy bez vážneho dôvodu spôsobom ustanoveným príslušným právnym predpisom a navrhovateľ nevyčerpal všetky prostriedky, ktorých použitie umožňuje osobitný predpis.</w:t>
      </w:r>
    </w:p>
    <w:p>
      <w:r>
        <w:t>Krajský súd v Bratislave ako súd vecne a miestne príslušný na konanie proti nečinnosti orgánu verejnej správy preskúmal vec bez nariadenia pojednávania (§ 250t ods. 3 veta prvá O.s.p.) a dospel k záveru, že návrh nie je dôvodný, a preto je potrebné ho zamietnuť.</w:t>
      </w:r>
    </w:p>
    <w:p>
      <w:r>
        <w:t>Z obsahu pripojeného administratívneho spisu odporcu súd zistil, že Daňový úrad pre vybrané daňové subjekty vykonáva u navrhovateľa kontrolné zistenie oprávnenosti nároku na vrátenie nadmerného odpočtu za zdaňovacie obdobie november 2009. Daňová kontrola sa začala dňa 19.2.2010 v zmysle Upovedomenia o výkone kontroly na zistenie oprávnenosti nároku na vrátenie nadmerného odpočtu č.j. 500/322/3616/10/Zat zo dňa 15.2.2010, ktoré bolo navrhovateľovi doručené 04.12.2009. Odporca začal kontrolu na zistenie oprávnenosti nároku na vrátenie nadmerného odpočtu tretí deň od doručenia upovedomenia, t.j. dňa 07.12.2009. Kontrolu na zistenie oprávnenosti nároku na vrátenie nadmerného odpočtu vykonávajú poverení zamestnanci správcu dane na základe Poverenia na výkon kontroly na zistenie oprávnenosti nároku na vrátenie nadmerného odpočtu č.j.: 500/322/3597/10/Zat zo dňa 15.2.2010 a na základe Poverenia na výkon kontroly na zistenie oprávnenosti nároku na vrátenie nadmerného odpočtu č.j.: 500/322/13960/10/Zat zo dňa 10.06.2010. Predmetom kontroly na zistenie oprávnenosti nároku na vrátenie nadmerného odpočtu za zdaňovacie obdobie november 2010 je zistenie a preverenie skutočností rozhodujúcich pre správne určenie dane z pridanej hodnoty so</w:t>
      </w:r>
    </w:p>
    <w:p>
      <w:r>
        <w:t>zameraním na dodržiavanie ust. zákona č. 222/2004 Z.z. Zároveň správca dane preveril formou dožiadaní prepravné služby, skutočnosti týkajúce sa nákupu tovaru od tuzemských dodávateľov v celom jeho predchádzajúcom reťazci, ako aj skutočnosti týkajúce sa následného predaja tovaru tuzemským odberateľom v celom jeho nasledujúcom reťazci smerom ku konečnému spotrebiteľovi tovaru, reálnosť zdaniteľných obchodov so zameraním sa na pohyb tovaru. Dňa 23.02.2010 boli kontrolovanému daňovému subjektu zaistené doklady Prezídiom Policajného zboru, Úradom boja proti korupcii, Odborom boja proti korupcii východ Košice, ktoré neboli ku dňu 14.02.2011 daňovému subjektu vrátené. Daňové riaditeľstvo SR Banská Bystrica vyhovelo žiadosti správcu dane o predĺženie lehoty na výkon kontroly a lehotu na vykonanie predmetnej kontroly predĺžilo do 18.2.2011. Upovedomenie o predĺženie lehoty bolo doručené daňovému subjektu dňa 13.8.2010. Vzhľadom na skutočnosť, že odporca z celkového počtu šiestich zaslaných žiadosti o MVI prijal do dňa 29.10.2010 len dve konečné odpovede (Prílohy č. 15 a 16) a na štyri žiadosti o MVT neprijal žiadnu odpoveď z príslušného členského štátu dňa 29.10.2010 vydal Rozhodnutie o prerušení daňovej kontroly č.j. 500/322/25520/10/Zat doručené navrhovateľovi 4.11.2010. Predmetnú kontrolu prerušil z dôvodu, že začalo konanie o inej skutočnosti rozhodujúcej na vydanie rozhodnutia t.j. z dôvodu podania žiadosti o MVI, na ktoré správca dane neprijal odpovede. Ku dňu 14.02.2011 odporca prijal štyri konečné odpovede na zaslané žiadosti o MVI z celkového počtu šesť. Podaním doručeným súdu dňa 14.06.2011 navrhovateľ doručil súdu vyjadrenie a predloženie dôkazov a poukazuje, že súdu nebol predložený úplný originálny spisový materiál vzťahujúci sa na vec, a preto je doterajší postup odporcu nepreskúmateľný a ďalej poukazuje, že odporca prvú žiadosť o MVI zaslal dňa 24.06.2010, t.j. 17 dní po skončení základnej lehoty šiestich mesiacov pre ukončenie daňovej kontroly, ďalších päť žiadostí o MVI v dňoch 04.08.2010 až 20.09.2010, medzi začiatkom daňovej kontroly a zaslaním žiadosti o MVI uplynulo viac ako pol až trištvrte roka. Ďalej poukazuje, že navrhovateľovi je známy iba jediný výsluch, a to p. U. J., konateľky spoločnosti CMW Trade, spol. s r.o., vykonávajúcej zasielateľstvo pre navrhovateľových dodávateľov a tento výsluch sa uskutočnil až 10 mesiacov a 6 dní po začatí daňovej kontroly. Navrhovateľovi je ešte známy výsluch svedka prepravcu vykonaný na Finančnom úrade v Karlových Varoch, ktorý sa tiež uskutočnil až 31.01.2011, t.j. necelých 14 mesiacov po začatí daňovej kontroly.</w:t>
      </w:r>
    </w:p>
    <w:p>
      <w:r>
        <w:t>Voči postupu a nečinnosti odporcu pri výkone daňovej kontroly podal navrhovateľ dňa 13.12.2010 sťažnosť v zmysle zákona č. 9/2010 Z.z. o sťažnostiach. Správca dane daňovému subjektu zaslal oznámenie č. 500/322/16304/11/Zat zo dňa 26.07.2011, doručené daňovému subjektu dňa 29.07.2011, že pominuli prekážky, pre ktoré sa kontrola prerušila. Dňom prevzatia oznámenia č. 500/322/16304/11/ Zat, t.j. dňa 29.07.2011 sa daňový subjekt dozvedel o skutočnosti, že správca dane pokračuje v predmetnej kontrole. Odporca vydal dňa 25.08.2011 druhé rozhodnutie o prerušení kontroly na zistenie oprávnenosti nároku na vrátenie nadmerného odpočtu č. 500/322/18080/11/Zat, doručené navrhovateľovi dňa 23.08.2011.</w:t>
      </w:r>
    </w:p>
    <w:p>
      <w:r>
        <w:t>Navrhovateľ podaním doručeným súdu dňa 26.10.2011 zaslal vyjadrenie, doplnenie návrhu a uviedol, že na jeho žiadosť mu odporca umožnil nazrieť dňa 19.09.2011 do spisu, ktorý vedie vo veci daňovej kontroly. Zistil, že na základe dožiadaní vykonali daňové úrady v Komárne, Žiline, Košiciach 1, Spišskej Novej Vsi, Dubnici nad Váhom, Svite, Bratislave IV, Levoči, Novej Bani od 11.01.2010 do 16.11.2010 miestne zisťovania. Dňa 05.08.2011 vydal odporca v poradí druhé rozhodnutie o prerušení kontroly a navrhovateľ považuje odôvodnenie rozhodnutia za nepravdivé. Je názoru, že žiadne skutočnosti, vyplývajúce z dožiadaní, už neboli nové, odporca vedel, že k nakládkam a vykládkam dochádzalo aj mimo územia SR a v auguste a v septembri 2010 obdržal od navrhovateľa podanie „Písomný popis obchodu“, kde uviedol, kde bol tovar naložený, kde bol dodaný na území SR a kde bol dodaný - vyložený v zahraničí. Teda, podľa názoru navrhovateľa, dôvody opätovného prerušenia kontroly sú identické s dôvodmi prvého prerušenia. Ďalej uviedol, že preverovanie odporcu vybočuje z účelu daňovej kontroly, ktorej predmetom je zistenie, či vznikol nárok na odpočet a nie overenie, či daň na výstupe bola uplatnená v správnej výške</w:t>
      </w:r>
    </w:p>
    <w:p>
      <w:r>
        <w:t>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ods. 4, súd o návrhu rozhodne bez pojednávania uznesením. Ak súd návrhu</w:t>
      </w:r>
    </w:p>
    <w:p>
      <w:r>
        <w:t>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w:t>
      </w:r>
    </w:p>
    <w:p>
      <w:r>
        <w:t>Ustanovenie štvrtej hlavy piatej časti O.s.p. upravujúce konanie proti nečinnosti orgánu verejnej správy umožňujúc súdu poskytnúť ochranu každej fyzickej alebo právnickej osobe, do práv ktorej bolo zasiahnuté nečinnosťou orgánu verejnej správy, a to tým, že na návrh dotknutej osoby môže súd uložiť nečinnému orgánu povinnosť v danej veci konať a v primeranej lehote rozhodnúť. Samozrejme za predpokladu zistenia, že orgán verejnej správy vo veci týkajúcej sa navrhovateľa bez vážneho dôvodu nekoná spôsobom upraveným príslušným právnym predpisom, hoci by konať mohol a mal.</w:t>
      </w:r>
    </w:p>
    <w:p>
      <w:r>
        <w:t>Z citovaných ustanovení O.s.p. vyplýva, že na jej základe možno nečinnému orgánu verejnej správy len uložiť povinnosť zaoberať sa vecou navrhovateľa a vydať o tom rozhodnutie. Súd nie je v tomto konaní oprávnený akýmkoľvek spôsobom zasiahnuť do spôsobu posúdenia danej veci príslušným orgánom, prípadne mu prikázať rozhodnúť vo veci určitým spôsobom. Meritórne rozhodnutie odporcu vo veci bude možné po príslušnom inštančnom postupe opäť preskúmať súdom. Nečinnosť je v podstate pasivita správneho orgánu vo veciach, ktoré mu boli predložené na rozhodnutie, aj keď niet žiadnej zákonnej alebo faktickej preukážky na to, aby správny orgán konal a rozhodol. Tvrdenie v žalobe sa musí vzťahovať na vážnosť dôvodu, napríklad na to, že v konaní niet žiadnej prekážky pre úkony správneho orgánu a napriek tomu správny orgán nekoná, a toto nekonanie je nečinnosťou.</w:t>
      </w:r>
    </w:p>
    <w:p>
      <w:r>
        <w:t>Podľa ust. § 25a zákona č. 511/1992 Zb., správca dane môže konanie prerušiť, najmä ak sa začalo konanie o predbežnej otázke (§ 26) alebo konanie o inej skutočnosti rozhodujúcej na vydanie rozhodnutia. Podľa ods. 2, správca dane môže konanie prerušiť najdlhšie na dobu 30 dní, ak to z dôležitých dôvodov zhodne navrhnú účastníci konania. Ak nie je ukončené konanie o predbežnej otázke alebo konanie o inej skutočnosti rozhodujúcej na vydanie rozhodnutia, môže správca dane túto lehotu primerane predĺžiť, najdlhšie však na čas, kým sa rozhodne o predbežnej otázke alebo o inej skutočnosti rozhodujúcej na vydanie rozhodnutia.</w:t>
      </w:r>
    </w:p>
    <w:p>
      <w:r>
        <w:t>Podľa ust. § 15 ods. 1 zákona č. 511/1992 Zb., správca dane daňovou kontrolou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na zistenie oprávnenosti nároku na vrátenie nadmerného odpočtu podľa osobitného zákona.</w:t>
      </w:r>
    </w:p>
    <w:p>
      <w:r>
        <w:t>Ustanovenie § 250t O.s.p. ods. 1, druhá veta uvádza, že návrh na konanie proti nečinnosti nie je prípustný, ak navrhovateľ nevyčerpal prostriedky, použitie ktorých umožňuje osobitný predpis. Súd je názoru, že navrhovateľ podaním sťažnosti zo dňa 13.12.2010, adresovanej odporcovi, využil priame zákonné oprávnenie na podanie sťažnosti podľa zákona č. 152/1998 Z.z. o sťažnostiach a dodržal ustanovenie citovaného paragrafu</w:t>
      </w:r>
    </w:p>
    <w:p>
      <w:r>
        <w:t>Z uvedeného vyplýva, že daňová kontrola sa začala dňa 20.2.2010 za zdaňovacie obdobie november 2010. V zmysle § 15 ods. 17 zákona č. 511/1992 Zb. správca dane ukončí daňovú kontrolu do šiestich mesiacov odo dňa jej začatia. Orgán najbližšie nadriadený správcovi dane môže túto lehotu v zložitých prípadoch pred jej uplynutím primerane predĺžiť, najviac však o šesť mesiacov. Daňové riaditeľstvo SR Banská Bystrica vyhovelo žiadosti správcu dane o predĺženie lehoty na výkon kontroly na zistenie oprávnenosti nároku na vrátenie nadmerného odpočtu dane z pridanej hodnoty a lehotu na vykonanie predmetnej kontroly predĺžilo do 18.2.2011. Vzhľadom na skutočnosť, že odporca z celkového počtu šiestich zasielaní žiadostí o MVI prijal do dňa 29.10.2010 len dve konečné odpovede a na štyri žiadosti o MVT neprijal žiadnu odpoveď z príslušného členského štátu, po vykonaní všetkých nevyhnutných úkonov potrebných pre dosiahnutie účelu daňovej kontroly podľa § 25a ods. 1 zákona č. 511/1992 Zb. dňa 29.10.2010 vydal rozhodnutie o prerušenie daňovej kontroly č. 500/322/25520//10/</w:t>
      </w:r>
    </w:p>
    <w:p>
      <w:r>
        <w:t>Zat doručené daňovému subjektu dňa 4.11.2010 a predmetnú kontrolu predĺžil z dôvodu, že začalo konanie o inej skutočnosti rozhodujúcej na vydanie rozhodnutia, t .j. z dôvodu podania žiadostí o MVI, na ktoré správca dane nedostal odpovede a kontrolu prerušil do dňa prijatia odpovede na žiadosti o MVI. Počas prerušenia kontroly lehoty podľa zákona o správe daní neplynú, t.j., že dňom doručenia predmetného rozhodnutia o prerušení kontroly na zistenie oprávnenosti nároku na vrátenie nadmerného odpočtu (t.j. dňom 30.09.2010) správca dane v prerušenom konaní nemôže vykonávať žiadne úkony. Ku dňu 14.02.2011 správca dane prijal štyri konečné odpovede na zaslané žiadosti o MVI z celkového počtu šesť. V prípade, že ide o medzinárodné dožiadanie (podanie žiadosti o MVI) možno prerušiť výkon daňovej kontroly do dňa prijatia odpovede, pretože informácie z tejto MVI sú rozhodujúcou skutočnosťou pre správne určenie dane a pre vydanie rozhodnutia a bez tejto informácie nie je možné ukončiť daňovú kontrolu. Dňa 25.07.2011 pominuli prekážky, pre ktoré kontrola na zistenie oprávnenosti nároku na vrátenie nadmerného odpočtu dane z pridanej hodnoty za zdaňovacie obdobie november 2010 bola prerušená. Uvedenú skutočnosť správca dane písomne oznámil navrhovateľovi, doručené mu 29.07.2011. Dňom prevzatia oznámenia č. 500/322/16304/11/Zat, t.j. dňom 29.07.2011 sa navrhovateľ dozvedel o skutočnosti, že odporca pokračuje v predmetnej kontrole. V čase pokračovania vo výkone predmetnej kontroly, t.j. po 25.07.2011 odporca nemohol predmetnú kontrolu ukončiť, nakoľko z predchádzajúcich šetrení vyplynuli informácie, ktoré ovplyvnia výsledok kontroly a z uvedeného dôvodu správca dane pristúpil k zaslaniu ďalších žiadostí a žiadostí o medzinárodnú výmenu informácií. Na základe predmetných žiadostí o medzinárodnú výmenu informácií správca dane predmetnú kontrolu prerušil (05.08.2011). Súd mal za preukázané, že pre správcovi dane vyplynuli nové skutočnosti týkajúce sa miesta fyzického naloženia tovaru na vozidlá, resp. miesta fyzickej vykládky tovaru z vozidiel, a tieto skutočnosti majú podstatný vplyv pre správne posúdenie miesta dodania tovaru, vznik daňovej povinnosti v tuzemsku a tým správnosti uplatnenia práva na odpočítanie dane. Správca dane v súlade s § 25a ods. 1 zákona č. 511/1992 Zb. mohol konanie prerušiť, pretože sa začalo konanie o predbežnej otázke (§ 26) alebo konanie o inej skutočnosti rozhodujúcej na vydanie rozhodnutia. Dĺžka predmetnej kontroly je podmienená rozsahom preverovania skutočností rozhodujúcich pre správne určenie dane. Vzhľadom na skutočnosť, že sa jedná o obchod v rámci reťazca, bolo nevyhnutné preverovať dodávky tovaru a jeho prepravu u jednotlivých daňových subjektov v reťazci. Správca dane využíva inštitúty predĺženia a prerušenia daňovej kontroly a počas prerušenia daňovej kontroly lehoty neplynú.</w:t>
      </w:r>
    </w:p>
    <w:p>
      <w:r>
        <w:t>Súd je názoru, že odporca nenaplnil zákonné ustanovenie § 250t ods. 1 O.s.p. a v tomto konaní sa nepreukázalo, že by bol nečinný, preto súd návrh ako nedôvodný zamietol.</w:t>
      </w:r>
    </w:p>
    <w:p>
      <w:r>
        <w:t>Toto rozhodnutie senát Krajského súdu v Bratislave prijal pomerom hlasov 3 : 0 (§ 3 ods. 9 zákona č. 757/2004 Z.z. v znení zákona č. 33/2011 Z.z.).</w:t>
      </w:r>
    </w:p>
    <w:p>
      <w:r>
        <w:t>Poučenie:</w:t>
      </w:r>
    </w:p>
    <w:p>
      <w:r>
        <w:t>Proti tomuto uzneseniu nie je prípustné odvolanie.</w:t>
      </w:r>
    </w:p>
    <w:p/>
    <w:p>
      <w:r>
        <w:t>Zdroj: KAUZIS.SK – https://www.kauzis.sk/judikatura/r/ECLI:SK:KSBA:2011:1010202252.3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