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9Co/327/2010 z 23. 11. 2011</w:t>
      </w:r>
    </w:p>
    <w:p>
      <w:r>
        <w:t>Uznesenie Krajského súdu Bratislava z 23. novembra 2011, sp. zn. 9Co/327/2010, ECLI:SK:KSBA:2011:1010899816.1</w:t>
      </w:r>
    </w:p>
    <w:p>
      <w:r>
        <w:t>Súd: Krajský súd Bratislava</w:t>
      </w:r>
    </w:p>
    <w:p>
      <w:r>
        <w:t>Spisová značka: 9Co/327/2010</w:t>
      </w:r>
    </w:p>
    <w:p>
      <w:r>
        <w:t>ECLI: ECLI:SK:KSBA:2011:1010899816.1</w:t>
      </w:r>
    </w:p>
    <w:p>
      <w:r>
        <w:t>Dátum vydania: 23.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9Co/327/2010 Identifikačné číslo súdneho spisu: 1010899816 Dátum vydania rozhodnutia: 24. 11. 2011 Meno a priezvisko sudcu, VSÚ: JUDr. Roman Huszár ECLI: ECLI:SK:KSBA:2011:1010899816.1 Uznesenie Krajský súd v Bratislave v právnej veci navrhovateľa : VEĽKÝ FOND- INVESTIČNÝ FOND, a.s. v likvidácii, IČO:31375634, so sídlom Prievozská 2/A Bratislava, zaniknutého dňa 1.10.2011, proti odporcovi : J.. R. Q., bytom Q. C. Č.. XX, P., zastúpeného JUDr. Michalom Pijákom, advokátom v Bratislave, Ul. Sv. Vincenta č. 2, o zaplatenie 33,19 eur s príslušenstvom, na odvolanie odporcu proti rozsudku Okresného súdu Bratislava III č.k. 33C 154/1997-41 zo dňa 19. júna 2005, v pomere hlasov 3:0, takto r o z h o d o l : Odvolací súd napadnutý rozsudok súdu prvého stupňa z r u š u j e a konanie z a s t a v u j e. Žiaden z účastníkov nemá právo na náhradu trov konania. o d ô v o d n e n i e : Napadnutým rozsudkom súd prvého stupňa uložil odporcovi povinnosť zaplatiť navrhovateľovi 1.000,- Sk spolu s úrokom z omeškania vo výške 88,50 Sk, trovy konania vo výške 1.040,- Sk. Vzájomný návrh odporcu zamietol. Rozsudok vo vyhovujúcej časti v zákonom stanovenej lehote odvolaním napadol odporca, vytýkajúc súdu prvého stupňa, že nepreskúmateľnosťou rozsudku odňal odporcovi možnosť konať pred súdom. Odvolací súd po preskúmaní veci v napadnutom rozsahu (§ 212 ods. 1 O.s.p.) na odvolacom pojednávaní (§ 214 ods. 1 O.s.p.) dospel k záveru, že napadnutý rozsudok treba zrušiť a konanie zastaviť. Podľa § 103 O.s.p. kedykoľvek za konania prihliada súd na to, či sú splnené podmienky, za ktorých môže konať vo veci ( podmienky konania ). Podľa § 104 ods. 1 prvá veta O.s.p. ak ide o taký nedostatok podmienky konania, ktorý nemožno odstrániť, súd konanie zastaví. Podľa § 107 ods. 1 O.s.p. ak účastník stratí spôsobilosť byť účastníkom konania skôr, ako sa konanie právoplatne skončilo, súd posúdi podľa povahy veci, či má konanie zastaviť alebo prerušiť, alebo či môže v ňom pokračovať. Podľa § 107 ods. 4 O.s.p. ak po začatí konania zanikne právnická osoba, súd pokračuje v konaní s jej právnym nástupcom, a ak právneho nástupcu niet, súd konanie zastaví. Jednou zo základných podmienok konania je spôsobilosť byť účastníkom konania; spôsobilosť byť účastníkom konania má ten, kto má spôsobilosť mať práva a povinnosti; inak len ten, komu ju zákon priznáva ( § 19 O.s.p. ). Spôsobilosť mať práva a povinnosti majú aj právnické osoby ( § 18 ods. 1 Obč.zák.), ktorými sú o.i. združenia fyzických alebo právnických osôb ( § 18 ods. 2 písm. a/ Obč.zák.), medzi ktoré patria aj akciové spoločnosti ( § 154 a nasl. Obch.zák.). Právnická osoba zapísaná v obchodnom registri alebo v inom zákonom určenom registri zaniká dňom výmazu z tohto registra, pokiaľ osobitné zákony neustanovujú inak ( § 20a ods. 2 Obč.zák.). Podľa § 68 ods. 1 Obch.zák. spoločnosť zaniká ku dňu výmazu z obchodného registra. Ako vyplýva z výpisu z Obchodného registra Okresného súdu Bratislava došlo dňom 1.10. 2011 k dobrovoľnému výmazu spoločnosti na základe rozhodnutia jediného akcionára zo dňa 10.5. 2011 o schválení účtovnej uzávierky ku dňu skončenia likvidácie a konečnej správy likvidátora o priebehu likvidácie, na základe čoho bola obchodná spoločnosť VEĽKÝ FOND - INVESTIČNÝ FOND, a.s. v likvidácii s poukazom na ust. § 68 ods. 3 písm. b/ Obch.zák. zrušená a dňom 1.10. 2011 z Obchodného registra vymazaná. Navrhovateľ vzhľadom na cit. ust. § 20a Obč.zák., výmazom z obchodného registra zanikol, čím stratil spôsobilosť mať práva a povinnosti ( právnu subjektivitu ) v zmysle § 18 ods. 1 Obč.zák. a teda aj spôsobilosť byť účastníkom konania ( § 19 O.s.p.). Keďže strata spôsobilosti byť účastníkom konania, ktorá inak predstavuje neodstrániteľný nedostatok podmienky konania, nastala u navrhovateľa v odvolacom konaní a navrhovateľ nemá právneho nástupcu, odvolaciemu súdu nezostalo iné riešenie tejto prekážky v postupe konania, než napadnutý rozsudok súdu prvého stupňa zrušiť ( analogicky k § 208 O.s.p. ) a konanie zastaviť ( § 211 ods. 2 O.s.p.v spojení s § 107 ods. 4 O.s.p.). O náhrade trov konania rozhodol odvolací súd podľa § 224 ods. 1 O.s.p. v spojení s § 146 ods. 1 písm. c) O.s.p. Poučenie: Proti tomuto uzneseniu odvolanie nie je prípustné.</w:t>
      </w:r>
    </w:p>
    <w:p/>
    <w:p>
      <w:r>
        <w:t>Zdroj: KAUZIS.SK – https://www.kauzis.sk/judikatura/r/ECLI:SK:KSBA:2011:1010899816.1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