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5Scud/14/2011 z 20. 10. 2011</w:t>
      </w:r>
    </w:p>
    <w:p>
      <w:r>
        <w:t>Uznesenie Krajského súdu Bratislava z 20. októbra 2011, sp. zn. 5Scud/14/2011, ECLI:SK:KSBA:2011:1011200481.1</w:t>
      </w:r>
    </w:p>
    <w:p>
      <w:r>
        <w:t>Súd: Krajský súd Bratislava</w:t>
      </w:r>
    </w:p>
    <w:p>
      <w:r>
        <w:t>Spisová značka: 5Scud/14/2011</w:t>
      </w:r>
    </w:p>
    <w:p>
      <w:r>
        <w:t>ECLI: ECLI:SK:KSBA:2011:1011200481.1</w:t>
      </w:r>
    </w:p>
    <w:p>
      <w:r>
        <w:t>Dátum vydania: 20.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5Scud/14/2011 Identifikačné číslo súdneho spisu: 1011200481 Dátum vydania rozhodnutia: 21. 10. 2011 Meno a priezvisko sudcu, VSÚ: JUDr. Renáta Janáková ECLI: ECLI:SK:KSBA:2011:1011200481.1 Uznesenie Krajský súd v Bratislave v právnej veci navrhovateľky X. B., bytom Č. Y., Š. XXXX, Slaný, proti odporkyni Sociálnej poisťovni - ústredie, Ul. 29. augusta č. 8, Bratislava, R. invalidn P., takto r o z h o d o l : Súd konanie z a s t a v u j e. Žiaden z účastníkov nemá právo na náhradu trov konania. o d ô v o d n e n i e : Navrhovateľka svojim návrhom zo dňa XX.XX.XXXX žiadala preskúmať rozhodnutie odporkyne č. XXXXXXX XXX zo dňa XX.X.XXXX, pretože nebola uznaná invalidnou. Písomným prehlásením zo dňa XX.X.XXXX navrhovateľka vzala svoj návrh v celom rozsahu späť z dôvodu, že jej bol priznaný invalidný dôchodok.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https://www.kauzis.sk/judikatura/r/ECLI:SK:KSBA:2011:1011200481.1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