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5Sd/63/2011 z 22. 12. 2011</w:t>
      </w:r>
    </w:p>
    <w:p>
      <w:r>
        <w:t>Uznesenie Krajského súdu Bratislava z 22. decembra 2011, sp. zn. 5Sd/63/2011, ECLI:SK:KSBA:2011:1011200545.1</w:t>
      </w:r>
    </w:p>
    <w:p>
      <w:r>
        <w:t>Súd: Krajský súd Bratislava</w:t>
      </w:r>
    </w:p>
    <w:p>
      <w:r>
        <w:t>Spisová značka: 5Sd/63/2011</w:t>
      </w:r>
    </w:p>
    <w:p>
      <w:r>
        <w:t>ECLI: ECLI:SK:KSBA:2011:1011200545.1</w:t>
      </w:r>
    </w:p>
    <w:p>
      <w:r>
        <w:t>Dátum vydania: 22. 12. 2011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5Sd/63/2011 Identifikačné číslo súdneho spisu: 1011200545 Dátum vydania rozhodnutia: 23. 12. 2011 Meno a priezvisko sudcu, VSÚ: JUDr. Renáta Janáková ECLI: ECLI:SK:KSBA:2011:1011200545.1 Uznesenie Krajský súd v Bratislave v právnej veci navrhovateľa: C. Y., T.. XX.XX.XXXX, bytom M. XXXX/X, XXX XX G. proti odporkyni: Sociálna poisťovňa - ústredie, so sídlom Ul. 29. augusta 8, Bratislava, B. invalidn S., takto r o z h o d o l : Súd konanie z a s t a v u j e. Žiaden z účastníkov n e m á právo na náhradu trov konania. o d ô v o d n e n i e : Navrhovateľ svojim návrhom zo dňa XX.XX.XXXX žiadal preskúmať rozhodnutie odporkyne číslo XXXXXXX XXX zo dňa XX. X.XXXX, ktorým odporkyňa rozhodla v zmysle ust. § 70 a § 71 zákona č. 461/2003 Z. z. o sociálnom poistení v znení neskorších predpisov (ďalej len „zákon o sociálnom poistení“) o zamietnutí žiadosti o invalidný dôchodok. Novým rozhodnutím číslo XXXXXXX XXX X zo dňa XX.XX.XXXX zrušila odporkyňa v súlade s ust. § 112 ods. 1 zákona o sociálnom poistení napadnuté rozhodnutie zo dňa XX.X.XXXX a vyhovela navrhovateľovmu opravnému prostriedku. Rozhodnutím č. XXXXXXX XXX X zo dňa XX.XX.XXXX rozhodla odporkyňa v súlade s ust. § 70 ods. 1, § 274 a § 82 zákona o sociálnom poistení, že navrhovateľovi priznáva od XX.XX.XXXX invalidný dôchodok v sume XXX,XX J. mesačne. Nárok na invalidný dôchodok vznikol navrhovateľovi dňa XX.XX.XXXX, pričom invalidný dôchodok mu bol priznaný od XX.XX.XXXX, čím navrhovateľovi celkom vyhovela. Podľa § 250o O.s.p., ak správny orgán, ktorého rozhodnutie súd preskúma vydá nové rozhodnutie, ktorým návrhu celkom vyhovie, súd uznesením konanie zastaví. S poukazom na vyššie uvedené súd podľa § 250o O.s.p. konanie zastavil. O trovách konania súd rozhodol podľa § 250l ods. 2, § 246c a § 146 ods. 1 písm. c) O.s.p. Poučenie: Proti tomuto uzneseniu j e možné podať odvolanie v lehote 15 dní od jeho doručenia na Krajský súd v Bratislave, písomne, dvojmo.</w:t>
      </w:r>
    </w:p>
    <w:p/>
    <w:p>
      <w:r>
        <w:t>Zdroj: KAUZIS.SK – https://www.kauzis.sk/judikatura/r/ECLI:SK:KSBA:2011:1011200545.1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