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5Sd/93/2011 z 18. 12. 2011</w:t>
      </w:r>
    </w:p>
    <w:p>
      <w:r>
        <w:t>Uznesenie Krajského súdu Bratislava z 18. decembra 2011, sp. zn. 5Sd/93/2011, ECLI:SK:KSBA:2011:1011200772.1</w:t>
      </w:r>
    </w:p>
    <w:p>
      <w:r>
        <w:t>Súd: Krajský súd Bratislava</w:t>
      </w:r>
    </w:p>
    <w:p>
      <w:r>
        <w:t>Spisová značka: 5Sd/93/2011</w:t>
      </w:r>
    </w:p>
    <w:p>
      <w:r>
        <w:t>ECLI: ECLI:SK:KSBA:2011:1011200772.1</w:t>
      </w:r>
    </w:p>
    <w:p>
      <w:r>
        <w:t>Dátum vydania: 18.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5Sd/93/2011 Identifikačné číslo súdneho spisu: 1011200772 Dátum vydania rozhodnutia: 19. 12. 2011 Meno a priezvisko sudcu, VSÚ: JUDr. Renáta Janáková ECLI: ECLI:SK:KSBA:2011:1011200772.1 Uznesenie Krajský súd v Bratislave v právnej veci navrhovateľky: G. K., bytom C., T. Č.. X proti odporkyni: Sociálna poisťovňa - ústredie, Ul. 29. augusta č. 8, Bratislava, X. invalidn M., takto r o z h o d o l : Súd konanie z a s t a v u j e. Žiaden z účastníkov n e m á právo na náhradu trov konania. o d ô v o d n e n i e : Navrhovateľka svojim návrhom zo dňa XX.X.XXXX žiadala preskúmať rozhodnutie odporkyne č. XXXXXXX XXX zo dňa X.X.XXXX, ktorým odporkyňa jej znížila invalidný dôchodok z dôvodu, že nesúhlasí s posúdením jej zdravotného stavu. V písomnom oznámení doručenom tunajšiemu súdu dňa XX.X.XXXX navrhovateľka oznámila súdu, že na svojom návrhu netrvá a berie ho v celom rozsahu späť.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https://www.kauzis.sk/judikatura/r/ECLI:SK:KSBA:2011:1011200772.1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