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2S/84/2011 z 20. 12. 2011</w:t>
      </w:r>
    </w:p>
    <w:p>
      <w:r>
        <w:t>Uznesenie Krajského súdu Bratislava z 20. decembra 2011, sp. zn. 2S/84/2011, ECLI:SK:KSBA:2011:1011201068.2</w:t>
      </w:r>
    </w:p>
    <w:p>
      <w:r>
        <w:t>Súd: Krajský súd Bratislava</w:t>
      </w:r>
    </w:p>
    <w:p>
      <w:r>
        <w:t>Spisová značka: 2S/84/2011</w:t>
      </w:r>
    </w:p>
    <w:p>
      <w:r>
        <w:t>ECLI: ECLI:SK:KSBA:2011:1011201068.2</w:t>
      </w:r>
    </w:p>
    <w:p>
      <w:r>
        <w:t>Dátum vydania: 20. 12.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2S/84/2011 Identifikačné číslo súdneho spisu: 1011201068 Dátum vydania rozhodnutia: 21. 12. 2011 Meno a priezvisko sudcu, VSÚ: JUDr. Marián Trenčan ECLI: ECLI:SK:KSBA:2011:1011201068.2 Uznesenie Krajský súd v Bratislave v právnej veci žalobcu: Y. U., nar. X.XX.XXXX, Q. XX, zastúpený JUDr. Daniel Přibyl, advokát, Dr. Vodu, Lučenec, proti žalovanému: Slovenská demokratická a kresťanská únia - Demokratická strana, Ružinovská 28, Bratislava, o preskúmanie zákonnosti rozhodnutia Súdu Slovenskej demokratickej a kresťanskej únie - Demokratickej strany č. 6/2011 zo dňa 12.5.2011, jednohlasne, takto r o z h o d o l : Uznesenie Krajského súdu v Bratislave č.k. 2S/84/2011-32 zo dňa 19.10.2011 sa z r u š u j e. o d ô v o d n e n i e : Žalobou doručenou Krajskému súdu v Bratislave dňa 13.6.2011 sa žalobca domáhal preskúmania zákonnosti rozhodnutia Súdu Slovenskej demokratickej a kresťanskej únie- Demokratickej strany č. 6/2011 zo dňa 12.5.5011 vo veci zrušenia Miestneho zväzu SDKÚ-DS Lučenec. Keďže žalobca napriek výzve súdu nezaplatil súdny poplatok za žalobu, zastavil súd uznesením č.k. 2S/84/2011-32 zo dňa 19.10.2011 konanie vo veci a zároveň nepriznal právo na náhradu trov konania žiadnemu z účastníkov. Proti tomuto rozhodnutiu podal žalobca v zákonnej lehote odvolanie a zároveň v odvolacej lehote súdny poplatok zaplatil. Podľa § 10 ods. 3 zákona č. 71/1992 Zb. o súdnych poplatkoch v znení neskorších predpisov prvostupňový súd zruší uznesenie o zastavení konania pre nezaplatenie súdneho poplatku, ak poplatník zaplatí súdny poplatok do konca lehoty na podanie odvolania. Prvostupňový súd zruší uznesenie o zastavení konania pre nezaplatenie súdneho poplatku aj vtedy, ak bolo konanie prerušené podľa osobitného predpisu a správca v ňom pokračuje namiesto poplatníka. Vzhľadom na to, že žalobca dodatočne v lehote na podanie odvolania zaplatil súdny poplatok, rozhodol súd tak, že uznesenie o zastavení konania zrušil.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https://www.kauzis.sk/judikatura/r/ECLI:SK:KSBA:2011:1011201068.2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