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2S/99/2011 z 29. 11. 2011</w:t>
      </w:r>
    </w:p>
    <w:p>
      <w:r>
        <w:t>Uznesenie Krajského súdu Bratislava z 29. novembra 2011, sp. zn. 2S/99/2011, ECLI:SK:KSBA:2011:1011201222.1</w:t>
      </w:r>
    </w:p>
    <w:p>
      <w:r>
        <w:t>Súd: Krajský súd Bratislava</w:t>
      </w:r>
    </w:p>
    <w:p>
      <w:r>
        <w:t>Spisová značka: 2S/99/2011</w:t>
      </w:r>
    </w:p>
    <w:p>
      <w:r>
        <w:t>ECLI: ECLI:SK:KSBA:2011:1011201222.1</w:t>
      </w:r>
    </w:p>
    <w:p>
      <w:r>
        <w:t>Dátum vydania: 29.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2S/99/2011 Identifikačné číslo súdneho spisu: 1011201222 Dátum vydania rozhodnutia: 30. 11. 2011 Meno a priezvisko sudcu, VSÚ: Mgr. Viliam Pohančeník ECLI: ECLI:SK:KSBA:2011:1011201222.1 Uznesenie Krajský súd v Bratislave v právnej veci žalobcov: X) I.. N. V., Y. XX, J., X) W.. R. R., Y. XX, J., X) W.. I. E., M. X, J., všetci zastúpení: JUDr. Peter Arendacký, advokát, Čapkova 2, Bratislava, proti žalovanému: Krajský stavebný úrad v Bratislave, Lamačská cesta č. 8, Bratislava, o preskúmanie zákonnosti rozhodnutia žalovaného č. A/2011/696/KIZ zo dňa 11.4.2011, jednohlasne, takto r o z h o d o l : Krajský súd v Bratislave priberá do konania účastníka správneho konania, spoločnosť HELIOS, spol. s r.o., IČO: 17313805, Herlianska 15, Bratislava. o d ô v o d n e n i e : Žalobou doručenou tunajšiemu súdu dňa 15.7.2011 sa žalobcovia domáhajú preskúmania zákonnosti rozhodnutia žalovaného č. A/2011/696/KIZ zo dňa 11.4.2011, ktorým žalovaný zamietol odvolanie podané žalobcami v 1. a 2. rade a ďalšími účastníkmi konania a potvrdil prvostupňové rozhodnutie Mestskej časti Bratislava - Ružinov Č.j.: SÚ/CS-2143-15/2010/Šin zo dňa 24.6.2010, ktorým bola umiestnená stavba „Polyfunkčný objekt HELIOS“. Dňa 28.11.2011 bol súdu doručený návrh spoločnosti HELIOS, spol. s r.o. na pribratie do konania. Podľa § 250 ods. 1 O.s.p. účastníkmi konania sú žalobca a žalovaný. Súd aj bez návrhu uznesením priberie do konania účastníka správneho konania, ktorého práva a povinnosti by mohli byť zrušením správneho rozhodnutia dotknuté. Z administratívneho spisu vyplýva, že obchodná spoločnosť HELIOS, spol. s r.o. bola účastníkom konania o umiestnení stavby ako navrhovateľ a jej práva a povinnosti by zrušením rozhodnutia o umiestnení stavby mohli byť dotknuté, a preto pribral súd túto spoločnosť do konania tak, ako je to uvedené vo výrokovej časti tohto rozhodnutia. Poučenie: Proti tomuto rozhodnutiu nie je možné podať odvolanie.</w:t>
      </w:r>
    </w:p>
    <w:p/>
    <w:p>
      <w:r>
        <w:t>Zdroj: KAUZIS.SK – https://www.kauzis.sk/judikatura/r/ECLI:SK:KSBA:2011:1011201222.1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