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8Scud/50/2011 z 8. 12. 2011</w:t>
      </w:r>
    </w:p>
    <w:p>
      <w:r>
        <w:t>Uznesenie Krajského súdu Bratislava z 8. decembra 2011, sp. zn. 8Scud/50/2011, ECLI:SK:KSBA:2011:1011201244.1</w:t>
      </w:r>
    </w:p>
    <w:p>
      <w:r>
        <w:t>Súd: Krajský súd Bratislava</w:t>
      </w:r>
    </w:p>
    <w:p>
      <w:r>
        <w:t>Spisová značka: 8Scud/50/2011</w:t>
      </w:r>
    </w:p>
    <w:p>
      <w:r>
        <w:t>ECLI: ECLI:SK:KSBA:2011:1011201244.1</w:t>
      </w:r>
    </w:p>
    <w:p>
      <w:r>
        <w:t>Dátum vydania: 8. 12. 2011</w:t>
      </w:r>
    </w:p>
    <w:p>
      <w:r>
        <w:t>Forma: Uznesenie</w:t>
      </w:r>
    </w:p>
    <w:p>
      <w:r>
        <w:t>Oblasť práva: Správne právo</w:t>
      </w:r>
    </w:p>
    <w:p>
      <w:pPr>
        <w:pStyle w:val="Heading2"/>
      </w:pPr>
      <w:r>
        <w:t>Text rozhodnutia</w:t>
      </w:r>
    </w:p>
    <w:p>
      <w:r>
        <w:t>Súd: Krajský súd Bratislava Spisová značka: 8Scud/50/2011 Identifikačné číslo súdneho spisu: 1011201244 Dátum vydania rozhodnutia: 09. 12. 2011 Meno a priezvisko sudcu, VSÚ: JUDr. Peter Pospech ECLI: ECLI:SK:KSBA:2011:1011201244.1 Uznesenie Krajský súd v Bratislave v právnej veci navrhovateľa: Z. M., nar. XX.XX.XXXX, bytom C. XX, C., Č. P., proti odporkyni: Sociálna poisťovňa - ústredie. Ul. 29. augusta č. 8, Bratislava, v spore o invalidný dôchodok, takto r o z h o d o l : Súd opravný prostriedok navrhovateľa voči rozhodnutiu zo dňa XX.XX.XXXX a voči rozhodnutiu zo dňa XX.XX.XXXX č.k. XXXXXXX 927 o d m i e t a podľa § 250p O.s.p. Žiaden z účastníkov n e m á p r á v o na náhradu trov konania. o d ô v o d n e n i e : Napadnutým rozhodnutím č. XXXXXXX 927 zo dňa 19.10.2009 bol navrhovateľovi podľa § 70 ods. 1, § 82 ods. 2 zákona č. 461/2003 Z.z. o sociálnom poistení v znení neskorších predpisov a podľa § 70 ods. 1, § 82 ods. 2 zákona č. 461/2003 Z.z. o sociálnom poistení v znení neskorších predpisov a podľa čl. 46 ods. 2 nariadenia Rady (EHS) č. 1408/71 o uplatňovaní systémov sociálneho zabezpečenia na zamestnané osoby a SZČO a členov ich rodín, pohybujúcich sa v rámci spoločenstva od 29.08.2008 priznaný invalidný dôchodok v sume 760,- Sk, ktorý bol rozhodnutím č. XXX XXX XXXX zo dňa 19.10.2009 od 01.01.2009 zvýšený na sumu 27,10 € mesačne. Rozhodnutím č. XXXXXXX 927 zo dňa 13.03.2010 bola navrhovateľovi znížená suma invalidného dôchodku na 17,00 € mesačne. Rozhodnutia č. XXXXXXX 927 zo dňa 19.10.2009 boli navrhovateľovi expedované dňa 13.11.2009 a navrhovateľ v lehote 30 dní proti tomuto rozhodnutiu návrh na preskúmanie rozhodnutia súdom nepodal. Rozhodnutie č. 510 927 1850 zo dňa 13.03.2010 o znížení sumy invalidného dôchodku v súlade s ust. § 212 ods. 3 písm. a/ zákona č. 461/2003 Z.z. o sociálnom poistení do vlastných rúk doručené 31.03.2010 a jeho prevzatie potvrdil navrhovateľ svojim podpisom na doručenke. Uvedené rozhodnutie obsahovalo správne poučenie o mieste a lehote na podanie návrhu na jeho preskúmanie. Opravný prostriedok navrhovateľa zo dňa 25.5.2011 bol odovzdaný na poštovú prepravu podľa odtlačku pečiatky pošty na obálke až 26. mája 2011 t.j. po uplynutí lehoty, stanovenej na podanie návrhu na preskúmanie rozhodnutia a preto ho súd odmietol ako oneskorene podaný podľa § 250p O.s.p. O trovách konania súd rozhodol tak, že žiaden z účastníkov nemá právo na náhradu trov konania podľa § 250k ods. 1 O.s.p. Poučenie: Proti tomuto uzneseniu je možno podať odvolanie do 15 dní odo dňa jeho doručenia na Krajskom súde v Bratislave písomne, dvojmo.</w:t>
      </w:r>
    </w:p>
    <w:p/>
    <w:p>
      <w:r>
        <w:t>Zdroj: KAUZIS.SK – https://www.kauzis.sk/judikatura/r/ECLI:SK:KSBA:2011:1011201244.1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