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9Sd/33/2011 z 20. 10. 2011</w:t>
      </w:r>
    </w:p>
    <w:p>
      <w:r>
        <w:t>Uznesenie Krajského súdu Bratislava z 20. októbra 2011, sp. zn. 9Sd/33/2011, ECLI:SK:KSBA:2011:1011201272.1</w:t>
      </w:r>
    </w:p>
    <w:p>
      <w:r>
        <w:t>Súd: Krajský súd Bratislava</w:t>
      </w:r>
    </w:p>
    <w:p>
      <w:r>
        <w:t>Spisová značka: 9Sd/33/2011</w:t>
      </w:r>
    </w:p>
    <w:p>
      <w:r>
        <w:t>ECLI: ECLI:SK:KSBA:2011:1011201272.1</w:t>
      </w:r>
    </w:p>
    <w:p>
      <w:r>
        <w:t>Dátum vydania: 20.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9Sd/33/2011 Identifikačné číslo súdneho spisu: 1011201272 Dátum vydania rozhodnutia: 21. 10. 2011 Meno a priezvisko sudcu, VSÚ: JUDr. Renáta Janáková ECLI: ECLI:SK:KSBA:2011:1011201272.1 Uznesenie Krajský súd v Bratislave v právnej veci navrhovateľky: C. P., bytom Š., B. Č.. XXX/XX proti odporkyni: Sociálna poisťovňa - ústredie, Ul. 29. augusta č. 8, Bratislava, Z. invalidn C., takto r o z h o d o l : Súd konanie z a s t a v u j e. Žiaden z účastníkov n e m á právo na náhradu trov konania. o d ô v o d n e n i e : Navrhovateľka svojim návrhom zo dňa XX.X.XXXX žiadala preskúmať rozhodnutie odporkyne č. XXXXXXX XXX zo dňa XX.X.XXXX, ktorým jej bola znížená suma invalidného dôchodku od XX.X.XXXX. V písomnom oznámení doručenom tunajšiemu súdu dňa XX.X.XXXX navrhovateľka oznámila súdu, že konanie vo veci jej opravného prostriedku žiada zastaviť. Súd podľa § 250d ods. 3 v spojení s § 250h ods. 2 a § 250l ods. 2 O.s.p. konanie zastavil. O trovách konania súd rozhodol podľa § 246c a § 146 ods. 1 písm. c/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https://www.kauzis.sk/judikatura/r/ECLI:SK:KSBA:2011:1011201272.1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