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9Sd/44/2011 z 13. 9. 2011</w:t>
      </w:r>
    </w:p>
    <w:p>
      <w:r>
        <w:t>Uznesenie Krajského súdu Bratislava z 13. septembra 2011, sp. zn. 9Sd/44/2011, ECLI:SK:KSBA:2011:1011201369.1</w:t>
      </w:r>
    </w:p>
    <w:p>
      <w:r>
        <w:t>Súd: Krajský súd Bratislava</w:t>
      </w:r>
    </w:p>
    <w:p>
      <w:r>
        <w:t>Spisová značka: 9Sd/44/2011</w:t>
      </w:r>
    </w:p>
    <w:p>
      <w:r>
        <w:t>ECLI: ECLI:SK:KSBA:2011:1011201369.1</w:t>
      </w:r>
    </w:p>
    <w:p>
      <w:r>
        <w:t>Dátum vydania: 13. 9.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9Sd/44/2011 Identifikačné číslo súdneho spisu: 1011201369 Dátum vydania rozhodnutia: 14. 09. 2011 Meno a priezvisko sudcu, VSÚ: JUDr. Renáta Janáková ECLI: ECLI:SK:KSBA:2011:1011201369.1 Uznesenie Krajský súd v Bratislave v právnej veci navrhovateľa: U. I., bytom U., Ľ. Č.. XXXX/X proti odporkyni: Sociálna poisťovňa - ústredie, Ul. 29. augusta č. 8, Bratislava, o invalidný dôchodok, takto r o z h o d o l : Súd konanie z a s t a v u j e. Žiaden z účastníkov n e m á právo na náhradu trov konania. o d ô v o d n e n i e : Navrhovateľ svojím návrhom zo dňa 5.5.2011 žiadal preskúmať rozhodnutie odporkyne č. XXXXXXX XXX X zo dňa 12.4.2011. Písomným prehlásením zo dňa 1.9.2011 navrhovateľ zobral svoj opravný prostriedok v celom rozsahu späť a konanie žiadal zastaviť.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dvojmo.</w:t>
      </w:r>
    </w:p>
    <w:p/>
    <w:p>
      <w:r>
        <w:t>Zdroj: KAUZIS.SK – https://www.kauzis.sk/judikatura/r/ECLI:SK:KSBA:2011:1011201369.1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