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3S/146/2011 z 27. 11. 2011</w:t>
      </w:r>
    </w:p>
    <w:p>
      <w:r>
        <w:t>Uznesenie Krajského súdu Bratislava z 27. novembra 2011, sp. zn. 3S/146/2011, ECLI:SK:KSBA:2011:1011201375.1</w:t>
      </w:r>
    </w:p>
    <w:p>
      <w:r>
        <w:t>Súd: Krajský súd Bratislava</w:t>
      </w:r>
    </w:p>
    <w:p>
      <w:r>
        <w:t>Spisová značka: 3S/146/2011</w:t>
      </w:r>
    </w:p>
    <w:p>
      <w:r>
        <w:t>ECLI: ECLI:SK:KSBA:2011:1011201375.1</w:t>
      </w:r>
    </w:p>
    <w:p>
      <w:r>
        <w:t>Dátum vydania: 27. 11. 2011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3S/146/2011 Identifikačné číslo súdneho spisu: 1011201375 Dátum vydania rozhodnutia: 28. 11. 2011 Meno a priezvisko sudcu, VSÚ: JUDr. Dáša Filová ECLI: ECLI:SK:KSBA:2011:1011201375.1 Uznesenie Krajský súd v Bratislave v právnej veci žalobcu: MMJ SERVIS, s.r.o., Mlynské Nivy 36/16425, 821 09 Bratislava, IČO 36 690 066, zastúpený: Právne centrum, s.r.o., Žilinská 8, 811 05 Bratislava, proti žalovanému: Daňové riaditeľstvo K., Nová ul. 13, 975 04 Banská Bystrica, o preskúmanie zákonnosti rozhodnutia žalovaného č. I/222/8397-49621/2011/991031-r zo dňa 01.06.2011 a rozhodnutia Daňového úradu Bratislava II, č. 601/230/12181/11/Zac zo dňa 02.02.2011, o návrhu na odklad vykonateľnosti rozhodnutia, takto r o z h o d o l : Krajský súd v Bratislave odkladá vykonateľnosť rozhodnutia žalovaného č. I/222/8397-49621/2011/991031-r zo dňa 01.06.2011 a rozhodnutia Daňového úradu Bratislava II, č. 601/230/12181/11/Zac zo dňa 02.02.2011, až do právoplatného rozhodnutia súdu o žalobe žalobcu. o d ô v o d n e n i e : Žalobca sa žalobou doručenou tunajšiemu súdu dňa 15.08.2011 domáhal preskúmania zákonnosti rozhodnutia žalovaného č. I/222/8397-49621/2011/991031-r zo dňa 01.06.2011 a rozhodnutia Daňového úradu Bratislava II, č. 601/230/12181/11/Zac zo dňa 02.02.2011, ktorým mu správny orgán vyrubil daň z pridanej hodnoty za zdaňovacie obdobie august 2008 v sume 1.406.000,- Sk. Žalobca zároveň požiadal súd o odklad vykonateľnosti uvedeného rozhodnutia žalovaného. Dôvodom tejto žiadosti bola skutočnosť, že okamžitým výkonom napadnutého rozhodnutia by hrozila žalobcovi závažná ujma, spočívajúca v ohrození likvidácie spoločnosti, resp. podanie návrhu na vyhlásenie konkurzu. Podľa § 250c veta druhá O.s.p., na žiadosť účastníka môže predseda senátu uznesením vykonateľnosť rozhodnutia odložiť, ak by okamžitým výkonom napadnutého rozhodnutia hrozila závažná ujma. Súd v súlade s citovaným zákonným ustanovením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https://www.kauzis.sk/judikatura/r/ECLI:SK:KSBA:2011:1011201375.1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