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8Scud/61/2011 z 23. 10. 2011</w:t>
      </w:r>
    </w:p>
    <w:p>
      <w:r>
        <w:t>Uznesenie Krajského súdu Bratislava z 23. októbra 2011, sp. zn. 8Scud/61/2011, ECLI:SK:KSBA:2011:1011201540.1</w:t>
      </w:r>
    </w:p>
    <w:p>
      <w:r>
        <w:t>Súd: Krajský súd Bratislava</w:t>
      </w:r>
    </w:p>
    <w:p>
      <w:r>
        <w:t>Spisová značka: 8Scud/61/2011</w:t>
      </w:r>
    </w:p>
    <w:p>
      <w:r>
        <w:t>ECLI: ECLI:SK:KSBA:2011:1011201540.1</w:t>
      </w:r>
    </w:p>
    <w:p>
      <w:r>
        <w:t>Dátum vydania: 23.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8Scud/61/2011 Identifikačné číslo súdneho spisu: 1011201540 Dátum vydania rozhodnutia: 24. 10. 2011 Meno a priezvisko sudcu, VSÚ: JUDr. Peter Pospech ECLI: ECLI:SK:KSBA:2011:1011201540.1 Uznesenie Krajský súd v Bratislave v právnej veci navrhovateľa: R. L. i l W., W.. XX.X.XXXX, F. XX-XXX R. XX, T. C., proti odporkyni: Sociálna poisťovňa - ústredie, Ul. 29. augusta č. 8, Bratislava, o predčasný starobný dôchodok, takto r o z h o d o l : Súd konanie z a s t a v u j e. Žiaden z účastníkov n e m á p r á v o na náhradu trov konania. o d ô v o d n e n i e : Navrhovateľ svojím návrhom zo dňa 6.7.2011 žiadal preskúmať rozhodnutie odporkyne číslo XXXXXXX 613 zo dňa 8.6.2011, ktorým odporkyňa zamietla žiadosť navrhovateľa o predčasný starobný dôchodok. Písomným prehlásením, došlým Sociálnej poisťovni dňa 21.9.2011 navrhovateľ vzal späť návrh v celom rozsahu a žiadal konanie zastaviť. Odporkyňa nemala námietky k zastaveniu konania. Súd podľa § 250d ods. 3 v spojení s § 250h ods. 2 a § 250l ods. 2 O. s. p. konanie zastavil. O trovách konania súd rozhodol podľa § 246c a § 146 ods. 1 písm. c) O. s. 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https://www.kauzis.sk/judikatura/r/ECLI:SK:KSBA:2011:1011201540.1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