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2S/150/2011 z 22. 11. 2011</w:t>
      </w:r>
    </w:p>
    <w:p>
      <w:r>
        <w:t>Uznesenie Krajského súdu Bratislava z 22. novembra 2011, sp. zn. 2S/150/2011, ECLI:SK:KSBA:2011:1011201595.1</w:t>
      </w:r>
    </w:p>
    <w:p>
      <w:r>
        <w:t>Súd: Krajský súd Bratislava</w:t>
      </w:r>
    </w:p>
    <w:p>
      <w:r>
        <w:t>Spisová značka: 2S/150/2011</w:t>
      </w:r>
    </w:p>
    <w:p>
      <w:r>
        <w:t>ECLI: ECLI:SK:KSBA:2011:1011201595.1</w:t>
      </w:r>
    </w:p>
    <w:p>
      <w:r>
        <w:t>Dátum vydania: 22. 11. 2011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2S/150/2011 Identifikačné číslo súdneho spisu: 1011201595 Dátum vydania rozhodnutia: 23. 11. 2011 Meno a priezvisko sudcu, VSÚ: Mgr. Viliam Pohančeník ECLI: ECLI:SK:KSBA:2011:1011201595.1 Uznesenie Krajský súd v Bratislave v právnej veci žalobcu: B., P. ulica č.X, XXX XX Z., zastúpený: W.. Marek Benedik, advokát, Rudnayovo námestie č. 1, 811 01 Bratislava, proti žalovanému: Krajský stavebný úrad v Bratislave, Lamačská cesta č. 8, 845 14 Bratislava, o preskúmanie zákonnosti rozhodnutia žalovaného č. A-2011/1185 - DLD zo dňa 05.09.2011, jednohlasne, takto r o z h o d o l : Krajský súd v Bratislave priberá do konania účastníkov správneho konania: X. Doc. R.. V. Z., H.., B. XXX/X, XXX XX I. X., X. Ing. F. Z., B. XXX/X, XXX XX I. X.. o d ô v o d n e n i e : Žalobou podanou na súde dňa 26.09.2011 sa žalobca domáha preskúmania zákonnosti rozhodnutia žalovaného č. A-2011/1185-DLD zo dňa 05.09.2011, ktorým Krajský stavebný úrad v Bratislave na odvolanie žalobcu zmenil rozhodnutie Mestskej časti Bratislava - Staré Mesto č. 8762/57037/2010/URS/ Bud-A/30 zo dňa 14.12.2010, ktorým prvostupňový správny orgán povolil stavebníkom X.. R.. V. Z. H.. a jeho manželke R.. F. Z. stavbu : Zmena dokončenej stavby- „Rekonštrukcia rodinného domu, Údolná č. 2, Bratislava“ s určením podmienok pre umiestnenie a uskutočnenie stavby. Žalovaný napadnutým rozhodnutím zmenil znenie podmienky č. 1, doplnil podmienku č. 1a, doplnil znenie podmienky č. 6 a zmenil časť výroku týkajúcu sa rozhodnutia o námietkach účastníkov tak, že námietke ohľadne doplnenia projektovej dokumentácie o rozvinuté pohľady stavebný úrad vyhovel tým, že v tomto rozsahu bola projektová dokumentácia doplnená a ostatné námietky zamietol ako neopodstatnené. Podľa § 250 ods. 1 O.s.p. účastníkmi konania sú žalobca a žalovaný. Súd aj bez návrhu uznesením priberie do konania účastníka správneho konania, ktorého práva a povinnosti by mohli byť zrušením správneho rozhodnutia dotknuté. Keďže X.. R.. V. Z., H.. a R.. F. Z. sú stavebníkmi stavby, ktorej sa týkalo správne konanie a ktorej zmena bola správnymi orgánmi povolená, boli účastníkmi správneho konania a výsledkom súdneho konania o preskúmanie zákonnosti napadnutého rozhodnutia môžu byť dotknuté ich práva a povinnosti, rozhodol súd o ich pribratí do konania. Poučenie: Proti tomuto rozhodnutiu nie je možné podať odvolanie.</w:t>
      </w:r>
    </w:p>
    <w:p/>
    <w:p>
      <w:r>
        <w:t>Zdroj: KAUZIS.SK – https://www.kauzis.sk/judikatura/r/ECLI:SK:KSBA:2011:1011201595.1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