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1S/187/2011 z 30. 11. 2011</w:t>
      </w:r>
    </w:p>
    <w:p>
      <w:r>
        <w:t>Uznesenie Krajského súdu Bratislava z 30. novembra 2011, sp. zn. 1S/187/2011, ECLI:SK:KSBA:2011:1011201597.1</w:t>
      </w:r>
    </w:p>
    <w:p>
      <w:r>
        <w:t>Súd: Krajský súd Bratislava</w:t>
      </w:r>
    </w:p>
    <w:p>
      <w:r>
        <w:t>Spisová značka: 1S/187/2011</w:t>
      </w:r>
    </w:p>
    <w:p>
      <w:r>
        <w:t>ECLI: ECLI:SK:KSBA:2011:1011201597.1</w:t>
      </w:r>
    </w:p>
    <w:p>
      <w:r>
        <w:t>Dátum vydania: 30. 11. 2011</w:t>
      </w:r>
    </w:p>
    <w:p>
      <w:r>
        <w:t>Forma: Uznesenie</w:t>
      </w:r>
    </w:p>
    <w:p>
      <w:pPr>
        <w:pStyle w:val="Heading2"/>
      </w:pPr>
      <w:r>
        <w:t>Text rozhodnutia</w:t>
      </w:r>
    </w:p>
    <w:p>
      <w:r>
        <w:t>Súd: Krajský súd Bratislava Spisová značka: 1S/187/2011 Identifikačné číslo súdneho spisu: 1011201597 Dátum vydania rozhodnutia: 01. 12. 2011 Meno a priezvisko sudcu, VSÚ: JUDr. Monika Valašíková PhD. ECLI: ECLI:SK:KSBA:2011:1011201597.1 Uznesenie Krajský súd v Bratislave v právnej veci žalobcu: AD PROPERTY, spol. s.r.o., Vajnorská 11, Bratislava proti žalovanému: Ústredný inšpektorát Slovenskej obchodnej inšpekcie, Prievozská 32, Bratislava, o preskúmanie zákonnosti rozhodnutia žalovaného č. SK/1167/99/2011 zo dňa 12.07.2011, takto r o z h o d o l : Krajský súd v Bratislave konanie z a s t a v u j e . Žiaden z účastníkov nemá právo na náhradu trov konania. o d ô v o d n e n i e : Žalobca sa žalobou doručenou Krajskému súdu v Bratislave dňa 27.09.2011 domáhal preskúmania zákonnosti rozhodnutia žalovaného č. SK/1167/99/2011 zo dňa 12.07.2011, ktorým žalovaný potvrdil prvostupňové rozhodnutie č. P/0368/01/2010 zo dňa 27.09.2010 Inšpektorátu Slovenskej obchodnej inšpekcie so sídlom v Bratislave, ktorým bola žalobcovi uložená pokuta vo výške 500,- € pre porušenie povinnosti podľa § 18 ods.. 6 zákona č. 250/2007 Z.z. o ochrane spotrebiteľa. Žalovaný správny orgán vo svojom vyjadrení zo dňa 24.10.2011 doručeného Krajskému súdu v Bratislave dňa 28.10.2011 uviedol, že po preskúmaní predmetného rozhodnutia v mimo odvolacom konaní podľa § 65 zákona č. 71/1967 Zb. o správnom konaní, odvolací správny orgán v mimo odvolacom konaní zrušil rozhodnutie Ústredného inšpektorátu Slovenskej obchodnej inšpekcie so sídlom v Bratislave č.k. SK/1167/99/2011 zo dňa 12.07.2011 ako aj rozhodnutie Inšpektorátu Slovenskej obchodnej inšpekcie so sídlom v Bratislave č.k. P/0368/01/2010 zo dňa 27.09.2010. S poukazom na § 24 ods. 7 zákona č. 250/2007 Z.z. o ochrane spotrebiteľa, bolo odvolacím orgánom zistené, že nie je možné rozhodnúť vo veci, a to z toho titulu, že uplynula zákonom stanovená lehota na vyvodenie zodpovednosti za zistené porušenie zákona. Podľa § 250 ods. 1 O.s.p, účastníkmi konania pri rozhodovaní súdov o žalobách proti rozhodnutiam a postupom správnych orgánov, podľa druhej hlavy piatej časti O.s.p., sú žalobca a žalovaný. Podľa § 250 ods. 4 O.s.p., je pri rozhodovaní správneho orgánu vydaného v správnom konaní žalovaným správny orgán, ktorý rozhodol v poslednom stupni. Podľa § 250d O.s.p., súd uznesením konanie zastaví, ak sa žaloba podala oneskorene, ak ju podala neoprávnená osoba, ak smeruje proti rozhodnutiu, ktoré nemôže byť predmetom preskúmania súdom, ak žalobca neodstránil vady žaloby, ktorých odstránenie súd nariadil a ktoré bránia vecnému vybaveniu žaloby, alebo ak žalobca nie je zastúpený podľa § 250a alebo ak žaloba bola vzatá späť (§ 250h ods. 2). Odvolanie proti uzneseniu je prípustné. Podľa R 11/2008 ak zanikne rozhodnutie ako predmet súdneho prieskumu počas súdneho konania, v konaní nemožno pokračovať, preto sa konanie pred súdom musí zastaviť. Nakoľko zanikol predmet súdneho prieskumu rozhodnutím Ústredného inšpektorátu Slovenskej obchodnej inšpekcie so sídlom v Bratislave č.k. SK/1167/99/2011 zo dňa 12.07.2011 tým, že zrušil rozhodnutie Ústredného inšpektorátu Slovenskej obchodnej inšpekcie so sídlom v Bratislave č.k. SK/1167/99/2011 zo dňa 12.07.2011, ako aj rozhodnutie Inšpektorátu Slovenskej obchodnej inšpekcie so sídlom v Bratislave č.k. P/0368/01/2010 zo dňa 27.09.2010, Krajský súd v Bratislave konanie zastavil. O náhrade trov konania rozhodol súd podľa § 146 ods. 1 písm. c) O.s.p., pretože v prípade zastavenia konania nemá žiaden z účastníkov právo na ich náhradu. Súdny poplatok za žalobu žalobca nezaplatil Toto rozhodnutie senátu Krajského súdu v Bratislave prijal pomerom hlasov 3 : 0 (§3 ods. 9 zákona č. 757/2004 v znení č. 33/2011).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https://www.kauzis.sk/judikatura/r/ECLI:SK:KSBA:2011:1011201597.1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