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9Sd/80/2011 z 16. 10. 2011</w:t>
      </w:r>
    </w:p>
    <w:p>
      <w:r>
        <w:t>Uznesenie Krajského súdu Bratislava z 16. októbra 2011, sp. zn. 9Sd/80/2011, ECLI:SK:KSBA:2011:1011201680.1</w:t>
      </w:r>
    </w:p>
    <w:p>
      <w:r>
        <w:t>Súd: Krajský súd Bratislava</w:t>
      </w:r>
    </w:p>
    <w:p>
      <w:r>
        <w:t>Spisová značka: 9Sd/80/2011</w:t>
      </w:r>
    </w:p>
    <w:p>
      <w:r>
        <w:t>ECLI: ECLI:SK:KSBA:2011:1011201680.1</w:t>
      </w:r>
    </w:p>
    <w:p>
      <w:r>
        <w:t>Dátum vydania: 16. 10. 2011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9Sd/80/2011 Identifikačné číslo súdneho spisu: 1011201680 Dátum vydania rozhodnutia: 17. 10. 2011 Meno a priezvisko sudcu, VSÚ: JUDr. Renáta Janáková ECLI: ECLI:SK:KSBA:2011:1011201680.1 Uznesenie Krajský súd v Bratislave v právnej veci navrhovateľky: X. B., bytom V., P.Ő. Č.. XXXX/XX proti odporkyni: Sociálna poisťovňa - ústredie, Ul. 29. augusta č. 8, Bratislava, D. vdovsk Y., takto r o z h o d o l : Súd konanie z a s t a v u j e. Žiaden z účastníkov n e m á právo na náhradu trov konania. o d ô v o d n e n i e : Navrhovateľka svojim návrhom zo dňa X.X.XXXX žiadala preskúmať rozhodnutie odporkyne č. XXXXXXX XXX zo dňa XX.X.XXXX, ktorým odporkyňa podľa § 74 ods. 2 a § 112 ods. 4 zákona č. 461/2003 Z.z. o sociálnom poistení, ktorým odporkyňa zastavila od XX.X.XXXX výplatu vdovského dôchodku z dôvodu, že po roku jeho poberania nepreukázala ani jednu z podmienok trvania nároku na výplatu dôchodku. Odporkyňa dňa X.X.XXXX vydala rozhodnutie č. XXXXXXX XXX , ktorým uvoľnila výplatu vdovského dôchodku, čím navrhovateľke celkom vyhovela. Súd podľa § 250o O.s.p. konanie zastavil. O trovách konania súd rozhodol podľa § 246c a § 146 ods. 1 písm. c) O.s.p. Poučenie: Proti tomuto uzneseniu j e možné podať odvolanie do 15 dní odo dňa jeho doručenia na Krajskom súde v Bratislave, písomne, dvojmo.</w:t>
      </w:r>
    </w:p>
    <w:p/>
    <w:p>
      <w:r>
        <w:t>Zdroj: KAUZIS.SK – https://www.kauzis.sk/judikatura/r/ECLI:SK:KSBA:2011:1011201680.1 (dáta aktuálne k 30. 10.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