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8Sd/177/2011 z 21. 11. 2011</w:t>
      </w:r>
    </w:p>
    <w:p>
      <w:r>
        <w:t>Uznesenie Krajského súdu Bratislava z 21. novembra 2011, sp. zn. 8Sd/177/2011, ECLI:SK:KSBA:2011:1011201721.1</w:t>
      </w:r>
    </w:p>
    <w:p>
      <w:r>
        <w:t>Súd: Krajský súd Bratislava</w:t>
      </w:r>
    </w:p>
    <w:p>
      <w:r>
        <w:t>Spisová značka: 8Sd/177/2011</w:t>
      </w:r>
    </w:p>
    <w:p>
      <w:r>
        <w:t>ECLI: ECLI:SK:KSBA:2011:1011201721.1</w:t>
      </w:r>
    </w:p>
    <w:p>
      <w:r>
        <w:t>Dátum vydania: 21. 11. 2011</w:t>
      </w:r>
    </w:p>
    <w:p>
      <w:r>
        <w:t>Forma: Uznesenie</w:t>
      </w:r>
    </w:p>
    <w:p>
      <w:r>
        <w:t>Oblasť práva: Správne právo</w:t>
      </w:r>
    </w:p>
    <w:p>
      <w:pPr>
        <w:pStyle w:val="Heading2"/>
      </w:pPr>
      <w:r>
        <w:t>Text rozhodnutia</w:t>
      </w:r>
    </w:p>
    <w:p>
      <w:r>
        <w:t>Súd: Krajský súd Bratislava Spisová značka: 8Sd/177/2011 Identifikačné číslo súdneho spisu: 1011201721 Dátum vydania rozhodnutia: 22. 11. 2011 Meno a priezvisko sudcu, VSÚ: JUDr. Peter Pospech ECLI: ECLI:SK:KSBA:2011:1011201721.1 Uznesenie Krajský súd v Bratislave pred samosudcom JUDr. Petrom Pospechom v právnej veci navrhovateľky: M. J., nar. X.X.XXXX, K. M. XXXX/XX, XXX XX K., proti odporkyni: Sociálna poisťovňa - ústredie, Ul. 29. augusta č. 8, 813 63 Bratislava, v spore o invalidný dôchodok, takto r o z h o d o l : Opravný prostriedok navrhovateľky sa o d m i e t a. Navrhovateľke sa náhrada trov konania nepriznáva. o d ô v o d n e n i e : Podaním zo dňa 5.9.2011 označeným ako „odvolanie“ sa navrhovateľka domáha preskúmania rozhodnutia o zamietnutí žiadosti o invalidný dôchodok. Listom zo dňa 16.9.2011 bola navrhovateľka vyzvaná odporkyňou aby v lehote 8 dní odo dňa doručenia svoje podanie doplnila a uviedla v čom vidí nesprávnosť rozhodnutia o zamietnutí žiadosti o invalidný dôchodok. Navrhovateľka výzvu prevzala osobne dňa 21.9.2011 o čom svedčí fotokópia doručenky, avšak žiadnym spôsobom na ňu nereagovala. Podľa § 250p O. s. p., ak je návrh podaný oneskorene alebo ho podá ten kto naň nie je oprávnený, alebo ak sa napadá rozhodnutie ktoré preskúmaniu nepodlieha, alebo ak navrhovateľ neodstránil vady, ktorých súd alebo správny orgán nariadil a ktoré bránia vecnému vybaveniu veci súd uznesením opravný prostriedok odmietne. Vzhľadom k tomu, že navrhovateľka svoj opravný prostriedok nedoplnila v čom vidí nesprávnosť rozhodnutia a zamietnutí žiadostí o invalidný dôchodok, súd opravný prostriedok navrhovateľky odmietol podľa § 250p O. s. p. Výrok o náhrade trov konania konajúci súd oprel o ust. § 250l ods. 2 a § 25k ods. 1. O. s. p. Navrhovateľke nie je možné priznať náhradu trov konania nakoľko nebola v konaní úspešná a odporcovi právna úprava neumožňuje náklady konania priznať Poučenie: Proti tomuto rozhodnutiu je možné podať odvolanie do 15 dní od jeho doručenia na Krajský súd v Bratislave, písomne, dvojmo.</w:t>
      </w:r>
    </w:p>
    <w:p/>
    <w:p>
      <w:r>
        <w:t>Zdroj: KAUZIS.SK – https://www.kauzis.sk/judikatura/r/ECLI:SK:KSBA:2011:1011201721.1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