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5Sd/123/2011 z 18. 12. 2011</w:t>
      </w:r>
    </w:p>
    <w:p>
      <w:r>
        <w:t>Uznesenie Krajského súdu Bratislava z 18. decembra 2011, sp. zn. 5Sd/123/2011, ECLI:SK:KSBA:2011:1011201766.1</w:t>
      </w:r>
    </w:p>
    <w:p>
      <w:r>
        <w:t>Súd: Krajský súd Bratislava</w:t>
      </w:r>
    </w:p>
    <w:p>
      <w:r>
        <w:t>Spisová značka: 5Sd/123/2011</w:t>
      </w:r>
    </w:p>
    <w:p>
      <w:r>
        <w:t>ECLI: ECLI:SK:KSBA:2011:1011201766.1</w:t>
      </w:r>
    </w:p>
    <w:p>
      <w:r>
        <w:t>Dátum vydania: 18. 12. 2011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5Sd/123/2011 Identifikačné číslo súdneho spisu: 1011201766 Dátum vydania rozhodnutia: 19. 12. 2011 Meno a priezvisko sudcu, VSÚ: JUDr. Milota Tóthová ECLI: ECLI:SK:KSBA:2011:1011201766.1 Uznesenie Krajský súd v Bratislave v právnej veci navrhovateľky V. V., bytom J. X, Z., proti odporkyni Sociálnej poisťovni ústredie, Ul. 29. augusta č. 8, Bratislava, o výplatu vdovského a sirotského dôchodku, takto r o z h o d o l : Súd konanie z a s t a v u j e . Žiaden z účastníkov nemá právo na náhradu trov konania. o d ô v o d n e n i e : Navrhovateľka svojím návrhom zo dňa 12.9.2011 žiadala preskúmať rozhodnutia odporkyne číslo XXXXXXX XXX zo dňa X.X.XXXX (X.), ktorými odporkyňa od 14. septembra 2011 zastavila výplatu vdovského dôchodku a výplatu sirotského dôchodku. Odporkyňa vydala rozhodnutia číslo XXX XXX XXXX X zo dňa X.XX.XXXX (X.), ktorými uvoľnila od 14.9.2011 vdovský dôchodok v sume XXX,XX S. mesačne a od 14.9.2011 uvoľnila výplatu sirotského dôchodku v sume XXX,XX S. mesačne, čím navrhovateľke celkom vyhovela. Súd podľa § 250o O.s.p. konanie zastavil. O trovách konania súd rozhodol podľa § 246c a § 146 ods. 1 písm. c) O.s.p. Poučenie: 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https://www.kauzis.sk/judikatura/r/ECLI:SK:KSBA:2011:1011201766.1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