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5Sd/127/2011 z 18. 12. 2011</w:t>
      </w:r>
    </w:p>
    <w:p>
      <w:r>
        <w:t>Uznesenie Krajského súdu Bratislava z 18. decembra 2011, sp. zn. 5Sd/127/2011, ECLI:SK:KSBA:2011:1011201786.1</w:t>
      </w:r>
    </w:p>
    <w:p>
      <w:r>
        <w:t>Súd: Krajský súd Bratislava</w:t>
      </w:r>
    </w:p>
    <w:p>
      <w:r>
        <w:t>Spisová značka: 5Sd/127/2011</w:t>
      </w:r>
    </w:p>
    <w:p>
      <w:r>
        <w:t>ECLI: ECLI:SK:KSBA:2011:1011201786.1</w:t>
      </w:r>
    </w:p>
    <w:p>
      <w:r>
        <w:t>Dátum vydania: 18. 12. 2011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5Sd/127/2011 Identifikačné číslo súdneho spisu: 1011201786 Dátum vydania rozhodnutia: 19. 12. 2011 Meno a priezvisko sudcu, VSÚ: JUDr. Milota Tóthová ECLI: ECLI:SK:KSBA:2011:1011201786.1 Uznesenie Krajský súd v Bratislave v právnej veci navrhovateľa V. Z., bytom B. XX, B.,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1.8.2011 žiadal preskúmať rozhodnutie odporkyne číslo XXXXXXX XXX zo dňa 6.7.2011, ktorým odporkyňa priznala invalidný dôchodok od 14.6.2011 a žiadal o zvýšenie invalidného dôchodku vypočítaného podľa zákona č. 461/2003 Z.z. o sociálnom poistení od 10.3.2009. Odporkyňa dňa 16.11.2011 vydala rozhodnutie, ktorým zrušila napadnuté rozhodnutie číslo XXXXXXX XXX zo dňa 6.7.2011 o priznaní invalidného dôchodku a zároveň ďalším rozhodnutím číslo XXXXXXX XXX X zo dňa 16.11.2011 rozhodla, že od 10.3.2009 navrhovateľovi bude vyplácať invalidný dôchodok v sume XXX,XX M. mesačne, čím navrhovateľovi celkom vyhovela.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https://www.kauzis.sk/judikatura/r/ECLI:SK:KSBA:2011:1011201786.1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