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8Scud/67/2011 z 20. 12. 2011</w:t>
      </w:r>
    </w:p>
    <w:p>
      <w:r>
        <w:t>Uznesenie Krajského súdu Bratislava z 20. decembra 2011, sp. zn. 8Scud/67/2011, ECLI:SK:KSBA:2011:1011201815.1</w:t>
      </w:r>
    </w:p>
    <w:p>
      <w:r>
        <w:t>Súd: Krajský súd Bratislava</w:t>
      </w:r>
    </w:p>
    <w:p>
      <w:r>
        <w:t>Spisová značka: 8Scud/67/2011</w:t>
      </w:r>
    </w:p>
    <w:p>
      <w:r>
        <w:t>ECLI: ECLI:SK:KSBA:2011:1011201815.1</w:t>
      </w:r>
    </w:p>
    <w:p>
      <w:r>
        <w:t>Dátum vydania: 20. 12. 2011</w:t>
      </w:r>
    </w:p>
    <w:p>
      <w:r>
        <w:t>Forma: Uznesenie</w:t>
      </w:r>
    </w:p>
    <w:p>
      <w:pPr>
        <w:pStyle w:val="Heading2"/>
      </w:pPr>
      <w:r>
        <w:t>Text rozhodnutia</w:t>
      </w:r>
    </w:p>
    <w:p>
      <w:r>
        <w:t>Súd: Krajský súd Bratislava Spisová značka: 8Scud/67/2011 Identifikačné číslo súdneho spisu: 1011201815 Dátum vydania rozhodnutia: 21. 12. 2011 Meno a priezvisko sudcu, VSÚ: JUDr. Peter Pospech ECLI: ECLI:SK:KSBA:2011:1011201815.1 Uznesenie Krajský súd v Bratislave v právnej veci navrhovateľa: Ľ. U.Á., nar. XX.XX.XXXX, bytom F. XXX/X, V., Č. E., korešpondenčná adresa: V. XXX, V., Č. E., proti odporkyni: Sociálna poisťovňa - ústredie. Ul. 29. augusta č. 8, Bratislava, v spore o invalidný dôchodok, takto r o z h o d o l : Súd opravný prostriedok navrhovateľa o d m i e t a. Navrhovateľovi náhradu trov konania n e p r i z n á v a. o d ô v o d n e n i e : Napadnutým rozhodnutím č. XXXXXXX 901 X zo dňa 30.08.2011 bola navrhovateľovi zamietnutá žiadosť o invalidný dôchodok podľa § 70 a § 71 zákona č. 461/2003 Z.z. o sociálnom poistení v znení neskorších predpisov, pretože navrhovateľ nie je invalidný a jeho miera poklesu schopnosti vykonávať zárobkovú činnosť, určená posudkovým lekárom Sociálnej poisťovne je 20 %. Navrhovateľ namieta posúdenie zdravotného stavu a miery poklesu schopnosti vykonávať zárobkovú činnosť posudkovým lekárom Sociálnej poisťovne. Napadnuté rozhodnutie bolo navrhovateľovi v súlade s § 212 ods. 3 písm. a/ zákona č. 461/2003 Z.z. o sociálnom poistení do vlastných rúk doručené dňa 13.09.2011. Jeho prevzatie potvrdil navrhovateľ svojim podpisom na doručenke. Napadnuté rozhodnutie obsahovalo správne poučenie o mieste a lehote na podanie návrhu na jeho preskúmanie. Opravný prostriedok navrhovateľa zo dňa 24.10.2011 bol odovzdaný na poštovú prepravu podľa pečiatky pošty na obálke až 25.10.201, t.j. po uplynutí lehoty stanovenej na podanie návrhu na preskúmanie rozhodnutia. Podľa § 250p O.s.p., ak je návrh podaný oneskorene, alebo ho podá ten kto naň nie je oprávnený, alebo ak sa napáda rozhodnutie, ktoré preskúmavanie nepodlieha alebo ak navrhovateľ neodstránil vady, ktorých odstránenie súd nariadil a ktoré bránia vecnému vybaveniu návrhu, súd uznesením opravný prostriedok odmietne. Odvolaniu proti uzneseniu nie je prípustné. Vzhľadom na oneskorene podaný opravný prostriedok proti napadnutému rozhodnutiu, t.j. po uplynutí zákonnej lehoty na podanie opravného prostriedku, konajúci súd opravný prostriedok odmietol. Výrok o trovách konania konajúci súd oprel o neúspešnosť navrhovateľa v spore, ktorému podľa § 250k ods. 1 O.s.p. náhradu trov konania nepriznal a odporkyni trovy konania neprináležia. Poučenie: Proti tomuto uzneseniu je možno podať odvolanie do 15 dní odo dňa jeho doručenia na Krajskom súde v Bratislave písomne, dvojmo.</w:t>
      </w:r>
    </w:p>
    <w:p/>
    <w:p>
      <w:r>
        <w:t>Zdroj: KAUZIS.SK – https://www.kauzis.sk/judikatura/r/ECLI:SK:KSBA:2011:1011201815.1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