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2Z35CB/621/1992 z 4. 9. 2011</w:t>
      </w:r>
    </w:p>
    <w:p>
      <w:r>
        <w:t>Uznesenie Krajského súdu Bratislava z 4. septembra 2011, sp. zn. 2Z35CB/621/1992, ECLI:SK:KSBA:2011:1092899529.1</w:t>
      </w:r>
    </w:p>
    <w:p>
      <w:r>
        <w:t>Súd: Krajský súd Bratislava</w:t>
      </w:r>
    </w:p>
    <w:p>
      <w:r>
        <w:t>Spisová značka: 2Z35CB/621/1992</w:t>
      </w:r>
    </w:p>
    <w:p>
      <w:r>
        <w:t>ECLI: ECLI:SK:KSBA:2011:1092899529.1</w:t>
      </w:r>
    </w:p>
    <w:p>
      <w:r>
        <w:t>Dátum vydania: 4.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2Z35CB/621/1992 Identifikačné číslo súdneho spisu: 1092899529 Dátum vydania rozhodnutia: 05. 09. 2011 Meno a priezvisko sudcu, VSÚ: JUDr. Peter Pospech ECLI: ECLI:SK:KSBA:2011:1092899529.1 Uznesenie Krajský súd v Bratislave v právnej veci žalobcu ATLAS CO. LTD. s.r.o. , Nádražní 201, Jablunkov, ČR proti žalovanému Pospíšil &amp;Partners, k.s. , Šoltésovej 20, 811 08 Bratislava , správca konkurznej podstaty úpadcu I. tehliarska , a.s., Moyzesova 2, Pezinok o zaplatenie 396.588.- Sk / 13.164,31 Eur/ takto r o z h o d o l : Súd konanie zastavuje. Žiaden z účastníkov nemá právo na náhradu trov konania. o d ô v o d n e n i e : Žalobca si žalobou došlou na súd 2.12.1992 uplatnil právo na zaplatenie 396.588.- Sk za dodávku hutného materiálu z faktúry č. 147290 splatnú 26.6.1992. Súd kedykoľvek za konania prihliada na to, či sú splnené podmienky za ktorých môže vo veci konať / § 103 O.s.p/ Jednou z týchto podmienok je spôsobilosť účastníka byť účastníkom konania. Podľa ust. § 19 O.s.p. spôsobilosť byť účastníkom konania má ten kto má spôsobilosť mať práva a povinnosti , inak len ten komu ju zákon priznáva . Podľa ust. § 68 ods. l, Obchodného zák. spoločnosť zaniká ku dňu výmazu z Obchodného registra / § 31 ods. 3/ . Súd zistil, z výpisu z Obchodného registra Krajského súdu v Ostrave , že žalobca bol vymazaný z Obchodného registra dňa 31.12.2008 v celom rozsahu bez právneho nástupcu. Podľa ust. § 107 odst. 4, O.s.p., ak po začatí konania zanikne právnická osoba, súd pokračuje v konaní s jej právnym nástupcom a ak právneho nástupcu niet súd konanie zastaví. Súd preto s poukazom na ust. § 103 a § 104 ods. l, O.s.p. konanie zastavil. O trovách konania súd rozhodol v zmysle ust. § 146 ods. l, písm. c/ O.s.p. tak že žiaden z účastníkov nemá právo na náhradu trov konania. Poučenie: Proti tomuto uzneseniu možno podať odvolanie do 15 dní odo dňa jeho doručenia na Krajskom súde v Bratislave , písomne dvojmo. V odvolaní sa má popri všeobecných náležitostiach /§42 ods. 3 , O.s.p. / uviesť v čom sa toto rozhodnutie alebo postup súdu považuje za nesprávny a čoho sa odvolateľ domáha . Odvolanie je potrebné odôvodniť podľa ust. § 205 ods. 2, O.s.p..</w:t>
      </w:r>
    </w:p>
    <w:p/>
    <w:p>
      <w:r>
        <w:t>Zdroj: KAUZIS.SK – https://www.kauzis.sk/judikatura/r/ECLI:SK:KSBA:2011:1092899529.1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