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5Co/417/2009 z 14. 11. 2011</w:t>
      </w:r>
    </w:p>
    <w:p>
      <w:r>
        <w:t>Opravné uznesenie Krajského súdu Bratislava z 14. novembra 2011, sp. zn. 5Co/417/2009, ECLI:SK:KSBA:2011:1107218101.1</w:t>
      </w:r>
    </w:p>
    <w:p>
      <w:r>
        <w:t>Súd: Krajský súd Bratislava</w:t>
      </w:r>
    </w:p>
    <w:p>
      <w:r>
        <w:t>Spisová značka: 5Co/417/2009</w:t>
      </w:r>
    </w:p>
    <w:p>
      <w:r>
        <w:t>ECLI: ECLI:SK:KSBA:2011:1107218101.1</w:t>
      </w:r>
    </w:p>
    <w:p>
      <w:r>
        <w:t>Dátum vydania: 14. 11. 2011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5Co/417/2009 Identifikačné číslo súdneho spisu: 1107218101 Dátum vydania rozhodnutia: 15. 11. 2011 Meno a priezvisko sudcu, VSÚ: JUDr. Juraj Považan ECLI: ECLI:SK:KSBA:2011:1107218101.1 Opravné uznesenie Krajský súd v Bratislave v právnej veci navrhovateľa: L.. D. Š., Q. F. Bratislave, P. X/C, zast. Mgr. Petrom Svitokom, advokátom v Bratislave, Tomášikova 23/C, proti odporkyni: T.. B. Č., Q., Š. X, zast. JUDr. Tomášom Plankom, advokátom v Bratislave, Nám. slobody 10, o zaplatenie 246,96 € (7.740,- Sk) s prísl., o návrhu navrhovateľa na opravu výroku rozsudku Krajského súdu v Bratislave zo dňa 30. novembra 2010 č.k. 5Co 417/09-137 takto r o z h o d o l : Odvolací súd o p r a v u j e výrok rozsudku Krajského súdu v Bratislave zo dňa 30.11.2010 č.k. 5Co 417/09-137 v časti týkajúcej sa náhrady trov konania tak, že táto časť výroku správne znie: Navrhovateľ je povinný zaplatiť odporcovi náhradu trov prvostupňového a odvolacieho konania vo výške 204,01 € do rúk JUDr. Tomáša Planka, do troch dní. o d ô v o d n e n i e : Podaním zo dňa 31.1.2011 požiadal navrhovateľ o opravu druhého výroku rozsudku sp. zn. 5Co 417/2009-137 zo dňa 30.11.2010 s odôvodnením, že odvolací súd priznal odporcovi trovy právneho zastúpenia za jeden úkon právnej služby vo výške 53,49 €, pričom správna sadzba tarifnej odmeny vypočítaná podľa § 10 ods. 1 vyhlášky č. 655/2004 Z.z. je 21,58 € a tiež nesprávne priznal odporcovi DPH aj z režijného paušálu. Podľa § 164 prvá a druhá veta O.s.p., súd kedykoľvek aj bez návrhu opraví v rozsudku chyby v písaní a počítaní, ako aj iné zrejmé nesprávnosti. O oprave vydá opravné uznesenie, ktoré doručí účastníkom. Pretože skutočne došlo pri počítaní k zrejmej nesprávnosti, keď súd omylom vychádzal z odporcom uplatnenej nesprávnej sadzby tarifnej odmeny 53,49 €, zatiaľ čo správna sadzba je 21,58 € (16,60 € + 3 x 1,66 €) v súlade s § 10 ods. 1, 2 vyhl. č. 655/2004 Z.z. (to znamená, že za 6 úkonov právnej služby - 1. prevzatie veci 21,58 € + režijný paušál 6,95 €, 2. pojednávanie 26.2.2009 odmena 21,58 + režijný paušál 6,95 €, 3. pojednávanie 26.5.2009 odmena 21,58 + 6,95 režijný paušál, 4. pojednávanie 10.9.2009 odmena 21,58 € + 6,95 € režijný paušál, 5. odvolanie 8.10.2009 odmena 21,58 € + 6,95 € režijný paušál, 6. pojednávanie 30.11.2010 odmena 21,58 € + 7,21 € paušál, spolu činí 171,44 + 19% DPH (32,57 €). Pokiaľ ide o priznanie DPH aj z režijného paušálu, toto bolo v rozpore s vyhláškou len do 31.5.2009, pri rozhodnutiach o trovách vyhlásených po 1.6.2009 sa o daň z pridanej hodnoty zvyšuje, ak je advokát platiteľom dane z pridanej hodnoty, tak odmena, ako aj náhrady podľa tejto vyhlášky (§ 18 ods. 3 vyhl. č. 655/2004 Z.z. v znení vyhl. č. 209/2009 Z.z. s účinnosťou od 1. júna 2009). Poučenie: Toto uznesenie nemožno napadnúť odvolaním.</w:t>
      </w:r>
    </w:p>
    <w:p/>
    <w:p>
      <w:r>
        <w:t>Zdroj: KAUZIS.SK – https://www.kauzis.sk/judikatura/r/ECLI:SK:KSBA:2011:1107218101.1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